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BB016" w14:textId="77777777" w:rsidR="00A853CE" w:rsidRPr="003B08E6" w:rsidRDefault="00000000" w:rsidP="00241B6C">
      <w:pPr>
        <w:pStyle w:val="Titre"/>
        <w:pBdr>
          <w:bottom w:val="single" w:sz="4" w:space="1" w:color="auto"/>
        </w:pBdr>
        <w:jc w:val="center"/>
        <w:rPr>
          <w:lang w:val="fr-BE"/>
        </w:rPr>
      </w:pPr>
      <w:r w:rsidRPr="003B08E6">
        <w:rPr>
          <w:lang w:val="fr-BE"/>
        </w:rPr>
        <w:t>Formulaire de candidature à la location</w:t>
      </w:r>
    </w:p>
    <w:p w14:paraId="1CEF025A" w14:textId="77777777" w:rsidR="00A853CE" w:rsidRPr="003B08E6" w:rsidRDefault="00000000" w:rsidP="00241B6C">
      <w:pPr>
        <w:pBdr>
          <w:bottom w:val="single" w:sz="4" w:space="1" w:color="auto"/>
        </w:pBdr>
        <w:jc w:val="center"/>
        <w:rPr>
          <w:lang w:val="fr-BE"/>
        </w:rPr>
      </w:pPr>
      <w:r w:rsidRPr="003B08E6">
        <w:rPr>
          <w:b/>
          <w:sz w:val="22"/>
          <w:lang w:val="fr-BE"/>
        </w:rPr>
        <w:t>LOC ASSUR SRL</w:t>
      </w:r>
    </w:p>
    <w:p w14:paraId="43B8391B" w14:textId="005E1B24" w:rsidR="00241B6C" w:rsidRPr="003B08E6" w:rsidRDefault="00000000">
      <w:pPr>
        <w:rPr>
          <w:b/>
          <w:bCs/>
          <w:i/>
          <w:iCs/>
          <w:sz w:val="14"/>
          <w:szCs w:val="18"/>
          <w:lang w:val="fr-BE"/>
        </w:rPr>
      </w:pPr>
      <w:r w:rsidRPr="003B08E6">
        <w:rPr>
          <w:b/>
          <w:bCs/>
          <w:i/>
          <w:iCs/>
          <w:sz w:val="14"/>
          <w:szCs w:val="18"/>
          <w:lang w:val="fr-BE"/>
        </w:rPr>
        <w:t>Merci de compléter lisiblement toutes les rubriques, de cocher les cases correspondant à votre situation et de joindre les justificatifs demandés.</w:t>
      </w:r>
    </w:p>
    <w:p w14:paraId="50F49C0A" w14:textId="77777777" w:rsidR="00A853CE" w:rsidRDefault="00000000">
      <w:pPr>
        <w:keepNext/>
        <w:spacing w:before="120" w:after="60"/>
      </w:pPr>
      <w:proofErr w:type="gramStart"/>
      <w:r>
        <w:rPr>
          <w:b/>
          <w:sz w:val="20"/>
        </w:rPr>
        <w:t>1  Bien</w:t>
      </w:r>
      <w:proofErr w:type="gramEnd"/>
      <w:r>
        <w:rPr>
          <w:b/>
          <w:sz w:val="20"/>
        </w:rPr>
        <w:t xml:space="preserve"> </w:t>
      </w:r>
      <w:proofErr w:type="spellStart"/>
      <w:r>
        <w:rPr>
          <w:b/>
          <w:sz w:val="20"/>
        </w:rPr>
        <w:t>concerné</w:t>
      </w:r>
      <w:proofErr w:type="spellEnd"/>
      <w:r>
        <w:rPr>
          <w:b/>
          <w:sz w:val="20"/>
        </w:rPr>
        <w:t xml:space="preserve"> et projet locatif</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514"/>
        <w:gridCol w:w="7542"/>
      </w:tblGrid>
      <w:tr w:rsidR="00A853CE" w:rsidRPr="003B08E6" w14:paraId="537F11E3" w14:textId="77777777" w:rsidTr="003B08E6">
        <w:trPr>
          <w:cantSplit/>
          <w:trHeight w:val="309"/>
          <w:jc w:val="center"/>
        </w:trPr>
        <w:tc>
          <w:tcPr>
            <w:tcW w:w="2514" w:type="dxa"/>
            <w:tcMar>
              <w:top w:w="60" w:type="dxa"/>
              <w:left w:w="85" w:type="dxa"/>
              <w:bottom w:w="60" w:type="dxa"/>
              <w:right w:w="85" w:type="dxa"/>
            </w:tcMar>
            <w:vAlign w:val="center"/>
          </w:tcPr>
          <w:p w14:paraId="531318A7" w14:textId="77777777" w:rsidR="00A853CE" w:rsidRPr="003B08E6" w:rsidRDefault="00000000">
            <w:pPr>
              <w:spacing w:after="0"/>
              <w:rPr>
                <w:sz w:val="14"/>
                <w:szCs w:val="18"/>
              </w:rPr>
            </w:pPr>
            <w:proofErr w:type="spellStart"/>
            <w:r w:rsidRPr="003B08E6">
              <w:rPr>
                <w:b/>
                <w:sz w:val="14"/>
                <w:szCs w:val="18"/>
              </w:rPr>
              <w:t>Adresse</w:t>
            </w:r>
            <w:proofErr w:type="spellEnd"/>
            <w:r w:rsidRPr="003B08E6">
              <w:rPr>
                <w:b/>
                <w:sz w:val="14"/>
                <w:szCs w:val="18"/>
              </w:rPr>
              <w:t xml:space="preserve"> du bien</w:t>
            </w:r>
          </w:p>
        </w:tc>
        <w:tc>
          <w:tcPr>
            <w:tcW w:w="7542" w:type="dxa"/>
            <w:tcMar>
              <w:top w:w="60" w:type="dxa"/>
              <w:left w:w="85" w:type="dxa"/>
              <w:bottom w:w="60" w:type="dxa"/>
              <w:right w:w="85" w:type="dxa"/>
            </w:tcMar>
            <w:vAlign w:val="center"/>
          </w:tcPr>
          <w:p w14:paraId="1EA5A386" w14:textId="30C40A84" w:rsidR="00A853CE" w:rsidRPr="003B08E6" w:rsidRDefault="00A853CE">
            <w:pPr>
              <w:spacing w:after="0"/>
              <w:rPr>
                <w:sz w:val="14"/>
                <w:szCs w:val="18"/>
              </w:rPr>
            </w:pPr>
          </w:p>
        </w:tc>
      </w:tr>
      <w:tr w:rsidR="00A853CE" w:rsidRPr="003B08E6" w14:paraId="157DCA13" w14:textId="77777777" w:rsidTr="003B08E6">
        <w:trPr>
          <w:cantSplit/>
          <w:trHeight w:val="245"/>
          <w:jc w:val="center"/>
        </w:trPr>
        <w:tc>
          <w:tcPr>
            <w:tcW w:w="2514" w:type="dxa"/>
            <w:tcMar>
              <w:top w:w="60" w:type="dxa"/>
              <w:left w:w="85" w:type="dxa"/>
              <w:bottom w:w="60" w:type="dxa"/>
              <w:right w:w="85" w:type="dxa"/>
            </w:tcMar>
            <w:vAlign w:val="center"/>
          </w:tcPr>
          <w:p w14:paraId="4CDE12DF" w14:textId="77777777" w:rsidR="00A853CE" w:rsidRPr="003B08E6" w:rsidRDefault="00000000">
            <w:pPr>
              <w:spacing w:after="0"/>
              <w:rPr>
                <w:sz w:val="14"/>
                <w:szCs w:val="18"/>
              </w:rPr>
            </w:pPr>
            <w:r w:rsidRPr="003B08E6">
              <w:rPr>
                <w:b/>
                <w:sz w:val="14"/>
                <w:szCs w:val="18"/>
              </w:rPr>
              <w:t>Loyer et charges</w:t>
            </w:r>
          </w:p>
        </w:tc>
        <w:tc>
          <w:tcPr>
            <w:tcW w:w="7542" w:type="dxa"/>
            <w:tcMar>
              <w:top w:w="60" w:type="dxa"/>
              <w:left w:w="85" w:type="dxa"/>
              <w:bottom w:w="60" w:type="dxa"/>
              <w:right w:w="85" w:type="dxa"/>
            </w:tcMar>
            <w:vAlign w:val="center"/>
          </w:tcPr>
          <w:p w14:paraId="7E86D3F1" w14:textId="77777777" w:rsidR="00A853CE" w:rsidRPr="003B08E6" w:rsidRDefault="00000000">
            <w:pPr>
              <w:spacing w:after="0"/>
              <w:rPr>
                <w:sz w:val="14"/>
                <w:szCs w:val="18"/>
              </w:rPr>
            </w:pPr>
            <w:proofErr w:type="gramStart"/>
            <w:r w:rsidRPr="003B08E6">
              <w:rPr>
                <w:sz w:val="14"/>
                <w:szCs w:val="18"/>
              </w:rPr>
              <w:t>Loyer :</w:t>
            </w:r>
            <w:proofErr w:type="gramEnd"/>
            <w:r w:rsidRPr="003B08E6">
              <w:rPr>
                <w:sz w:val="14"/>
                <w:szCs w:val="18"/>
              </w:rPr>
              <w:t xml:space="preserve"> ........................ € / mois     </w:t>
            </w:r>
            <w:proofErr w:type="gramStart"/>
            <w:r w:rsidRPr="003B08E6">
              <w:rPr>
                <w:sz w:val="14"/>
                <w:szCs w:val="18"/>
              </w:rPr>
              <w:t>Charges :</w:t>
            </w:r>
            <w:proofErr w:type="gramEnd"/>
            <w:r w:rsidRPr="003B08E6">
              <w:rPr>
                <w:sz w:val="14"/>
                <w:szCs w:val="18"/>
              </w:rPr>
              <w:t xml:space="preserve"> ........................ € / mois</w:t>
            </w:r>
          </w:p>
        </w:tc>
      </w:tr>
      <w:tr w:rsidR="00A853CE" w:rsidRPr="003B08E6" w14:paraId="0122ED8D" w14:textId="77777777" w:rsidTr="003B08E6">
        <w:trPr>
          <w:cantSplit/>
          <w:trHeight w:val="357"/>
          <w:jc w:val="center"/>
        </w:trPr>
        <w:tc>
          <w:tcPr>
            <w:tcW w:w="2514" w:type="dxa"/>
            <w:tcMar>
              <w:top w:w="60" w:type="dxa"/>
              <w:left w:w="85" w:type="dxa"/>
              <w:bottom w:w="60" w:type="dxa"/>
              <w:right w:w="85" w:type="dxa"/>
            </w:tcMar>
            <w:vAlign w:val="center"/>
          </w:tcPr>
          <w:p w14:paraId="15BE08C1" w14:textId="77777777" w:rsidR="00A853CE" w:rsidRPr="003B08E6" w:rsidRDefault="00000000">
            <w:pPr>
              <w:spacing w:after="0"/>
              <w:rPr>
                <w:sz w:val="14"/>
                <w:szCs w:val="18"/>
              </w:rPr>
            </w:pPr>
            <w:r w:rsidRPr="003B08E6">
              <w:rPr>
                <w:b/>
                <w:sz w:val="14"/>
                <w:szCs w:val="18"/>
              </w:rPr>
              <w:t xml:space="preserve">Entrée et durée </w:t>
            </w:r>
            <w:proofErr w:type="spellStart"/>
            <w:r w:rsidRPr="003B08E6">
              <w:rPr>
                <w:b/>
                <w:sz w:val="14"/>
                <w:szCs w:val="18"/>
              </w:rPr>
              <w:t>souhaitées</w:t>
            </w:r>
            <w:proofErr w:type="spellEnd"/>
          </w:p>
        </w:tc>
        <w:tc>
          <w:tcPr>
            <w:tcW w:w="7542" w:type="dxa"/>
            <w:tcMar>
              <w:top w:w="60" w:type="dxa"/>
              <w:left w:w="85" w:type="dxa"/>
              <w:bottom w:w="60" w:type="dxa"/>
              <w:right w:w="85" w:type="dxa"/>
            </w:tcMar>
            <w:vAlign w:val="center"/>
          </w:tcPr>
          <w:p w14:paraId="3662A363" w14:textId="77777777" w:rsidR="00A853CE" w:rsidRPr="003B08E6" w:rsidRDefault="00000000">
            <w:pPr>
              <w:spacing w:after="0"/>
              <w:rPr>
                <w:sz w:val="14"/>
                <w:szCs w:val="18"/>
                <w:lang w:val="fr-BE"/>
              </w:rPr>
            </w:pPr>
            <w:r w:rsidRPr="003B08E6">
              <w:rPr>
                <w:sz w:val="14"/>
                <w:szCs w:val="18"/>
                <w:lang w:val="fr-BE"/>
              </w:rPr>
              <w:t>Entrée : ....... / ....... / ............      Bail : ☐ 1 an   ☐ 3 ans   ☐ 9 ans</w:t>
            </w:r>
          </w:p>
        </w:tc>
      </w:tr>
      <w:tr w:rsidR="00A853CE" w:rsidRPr="003B08E6" w14:paraId="2CCAEB60" w14:textId="77777777" w:rsidTr="003B08E6">
        <w:trPr>
          <w:cantSplit/>
          <w:trHeight w:val="258"/>
          <w:jc w:val="center"/>
        </w:trPr>
        <w:tc>
          <w:tcPr>
            <w:tcW w:w="2514" w:type="dxa"/>
            <w:tcMar>
              <w:top w:w="60" w:type="dxa"/>
              <w:left w:w="85" w:type="dxa"/>
              <w:bottom w:w="60" w:type="dxa"/>
              <w:right w:w="85" w:type="dxa"/>
            </w:tcMar>
            <w:vAlign w:val="center"/>
          </w:tcPr>
          <w:p w14:paraId="33FFF2DF" w14:textId="77777777" w:rsidR="00A853CE" w:rsidRPr="003B08E6" w:rsidRDefault="00000000">
            <w:pPr>
              <w:spacing w:after="0"/>
              <w:rPr>
                <w:sz w:val="14"/>
                <w:szCs w:val="18"/>
              </w:rPr>
            </w:pPr>
            <w:r w:rsidRPr="003B08E6">
              <w:rPr>
                <w:b/>
                <w:sz w:val="14"/>
                <w:szCs w:val="18"/>
              </w:rPr>
              <w:t xml:space="preserve">Motif du </w:t>
            </w:r>
            <w:proofErr w:type="spellStart"/>
            <w:r w:rsidRPr="003B08E6">
              <w:rPr>
                <w:b/>
                <w:sz w:val="14"/>
                <w:szCs w:val="18"/>
              </w:rPr>
              <w:t>déménagement</w:t>
            </w:r>
            <w:proofErr w:type="spellEnd"/>
          </w:p>
        </w:tc>
        <w:tc>
          <w:tcPr>
            <w:tcW w:w="7542" w:type="dxa"/>
            <w:tcMar>
              <w:top w:w="60" w:type="dxa"/>
              <w:left w:w="85" w:type="dxa"/>
              <w:bottom w:w="60" w:type="dxa"/>
              <w:right w:w="85" w:type="dxa"/>
            </w:tcMar>
            <w:vAlign w:val="center"/>
          </w:tcPr>
          <w:p w14:paraId="7D1514C6" w14:textId="73AA0BB5" w:rsidR="00A853CE" w:rsidRPr="003B08E6" w:rsidRDefault="00A853CE">
            <w:pPr>
              <w:spacing w:after="0"/>
              <w:rPr>
                <w:sz w:val="14"/>
                <w:szCs w:val="18"/>
              </w:rPr>
            </w:pPr>
          </w:p>
        </w:tc>
      </w:tr>
    </w:tbl>
    <w:p w14:paraId="7FB49245" w14:textId="77777777" w:rsidR="00A853CE" w:rsidRPr="003B08E6" w:rsidRDefault="00000000">
      <w:pPr>
        <w:keepNext/>
        <w:spacing w:before="120" w:after="60"/>
        <w:rPr>
          <w:lang w:val="fr-BE"/>
        </w:rPr>
      </w:pPr>
      <w:proofErr w:type="gramStart"/>
      <w:r w:rsidRPr="003B08E6">
        <w:rPr>
          <w:b/>
          <w:sz w:val="20"/>
          <w:lang w:val="fr-BE"/>
        </w:rPr>
        <w:t>2  Identité</w:t>
      </w:r>
      <w:proofErr w:type="gramEnd"/>
      <w:r w:rsidRPr="003B08E6">
        <w:rPr>
          <w:b/>
          <w:sz w:val="20"/>
          <w:lang w:val="fr-BE"/>
        </w:rPr>
        <w:t xml:space="preserve"> et coordonnées des candidats</w:t>
      </w:r>
    </w:p>
    <w:tbl>
      <w:tblPr>
        <w:tblW w:w="10656"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664"/>
        <w:gridCol w:w="3996"/>
        <w:gridCol w:w="3996"/>
      </w:tblGrid>
      <w:tr w:rsidR="00A853CE" w14:paraId="44A40FC2" w14:textId="77777777" w:rsidTr="00B20B2A">
        <w:trPr>
          <w:cantSplit/>
          <w:jc w:val="center"/>
        </w:trPr>
        <w:tc>
          <w:tcPr>
            <w:tcW w:w="2664" w:type="dxa"/>
            <w:shd w:val="clear" w:color="auto" w:fill="E8EEF2"/>
            <w:tcMar>
              <w:top w:w="60" w:type="dxa"/>
              <w:left w:w="85" w:type="dxa"/>
              <w:bottom w:w="60" w:type="dxa"/>
              <w:right w:w="85" w:type="dxa"/>
            </w:tcMar>
            <w:vAlign w:val="center"/>
          </w:tcPr>
          <w:p w14:paraId="4D5C5D72" w14:textId="77777777" w:rsidR="00A853CE" w:rsidRDefault="00000000">
            <w:pPr>
              <w:spacing w:after="0"/>
            </w:pPr>
            <w:r>
              <w:rPr>
                <w:b/>
              </w:rPr>
              <w:t>Informations</w:t>
            </w:r>
          </w:p>
        </w:tc>
        <w:tc>
          <w:tcPr>
            <w:tcW w:w="3996" w:type="dxa"/>
            <w:shd w:val="clear" w:color="auto" w:fill="E8EEF2"/>
            <w:tcMar>
              <w:top w:w="60" w:type="dxa"/>
              <w:left w:w="85" w:type="dxa"/>
              <w:bottom w:w="60" w:type="dxa"/>
              <w:right w:w="85" w:type="dxa"/>
            </w:tcMar>
            <w:vAlign w:val="center"/>
          </w:tcPr>
          <w:p w14:paraId="6B79CC55" w14:textId="77777777" w:rsidR="00A853CE" w:rsidRDefault="00000000">
            <w:pPr>
              <w:spacing w:after="0"/>
            </w:pPr>
            <w:r>
              <w:rPr>
                <w:b/>
              </w:rPr>
              <w:t>Candidat 1</w:t>
            </w:r>
          </w:p>
        </w:tc>
        <w:tc>
          <w:tcPr>
            <w:tcW w:w="3996" w:type="dxa"/>
            <w:shd w:val="clear" w:color="auto" w:fill="E8EEF2"/>
            <w:tcMar>
              <w:top w:w="60" w:type="dxa"/>
              <w:left w:w="85" w:type="dxa"/>
              <w:bottom w:w="60" w:type="dxa"/>
              <w:right w:w="85" w:type="dxa"/>
            </w:tcMar>
            <w:vAlign w:val="center"/>
          </w:tcPr>
          <w:p w14:paraId="3AA0C4A0" w14:textId="77777777" w:rsidR="00A853CE" w:rsidRDefault="00000000">
            <w:pPr>
              <w:spacing w:after="0"/>
            </w:pPr>
            <w:r>
              <w:rPr>
                <w:b/>
              </w:rPr>
              <w:t>Candidat 2</w:t>
            </w:r>
          </w:p>
        </w:tc>
      </w:tr>
      <w:tr w:rsidR="00A853CE" w14:paraId="7D2AAEB9" w14:textId="77777777" w:rsidTr="00B20B2A">
        <w:trPr>
          <w:cantSplit/>
          <w:trHeight w:val="385"/>
          <w:jc w:val="center"/>
        </w:trPr>
        <w:tc>
          <w:tcPr>
            <w:tcW w:w="2664" w:type="dxa"/>
            <w:tcMar>
              <w:top w:w="60" w:type="dxa"/>
              <w:left w:w="85" w:type="dxa"/>
              <w:bottom w:w="60" w:type="dxa"/>
              <w:right w:w="85" w:type="dxa"/>
            </w:tcMar>
            <w:vAlign w:val="center"/>
          </w:tcPr>
          <w:p w14:paraId="64FD52F3" w14:textId="77777777" w:rsidR="00A853CE" w:rsidRDefault="00000000">
            <w:pPr>
              <w:spacing w:after="0"/>
            </w:pPr>
            <w:r>
              <w:rPr>
                <w:b/>
              </w:rPr>
              <w:t xml:space="preserve">Nom et </w:t>
            </w:r>
            <w:proofErr w:type="spellStart"/>
            <w:r>
              <w:rPr>
                <w:b/>
              </w:rPr>
              <w:t>prénom</w:t>
            </w:r>
            <w:proofErr w:type="spellEnd"/>
          </w:p>
        </w:tc>
        <w:tc>
          <w:tcPr>
            <w:tcW w:w="3996" w:type="dxa"/>
            <w:tcMar>
              <w:top w:w="60" w:type="dxa"/>
              <w:left w:w="85" w:type="dxa"/>
              <w:bottom w:w="60" w:type="dxa"/>
              <w:right w:w="85" w:type="dxa"/>
            </w:tcMar>
            <w:vAlign w:val="center"/>
          </w:tcPr>
          <w:p w14:paraId="65642D6F" w14:textId="273461A7" w:rsidR="00A853CE" w:rsidRDefault="00A853CE">
            <w:pPr>
              <w:spacing w:after="0"/>
            </w:pPr>
          </w:p>
        </w:tc>
        <w:tc>
          <w:tcPr>
            <w:tcW w:w="3996" w:type="dxa"/>
            <w:tcMar>
              <w:top w:w="60" w:type="dxa"/>
              <w:left w:w="85" w:type="dxa"/>
              <w:bottom w:w="60" w:type="dxa"/>
              <w:right w:w="85" w:type="dxa"/>
            </w:tcMar>
            <w:vAlign w:val="center"/>
          </w:tcPr>
          <w:p w14:paraId="4F2FF083" w14:textId="18749A5D" w:rsidR="00A853CE" w:rsidRDefault="00A853CE">
            <w:pPr>
              <w:spacing w:after="0"/>
            </w:pPr>
          </w:p>
        </w:tc>
      </w:tr>
      <w:tr w:rsidR="00A853CE" w14:paraId="70155D84" w14:textId="77777777" w:rsidTr="00B20B2A">
        <w:trPr>
          <w:cantSplit/>
          <w:trHeight w:val="577"/>
          <w:jc w:val="center"/>
        </w:trPr>
        <w:tc>
          <w:tcPr>
            <w:tcW w:w="2664" w:type="dxa"/>
            <w:tcMar>
              <w:top w:w="60" w:type="dxa"/>
              <w:left w:w="85" w:type="dxa"/>
              <w:bottom w:w="60" w:type="dxa"/>
              <w:right w:w="85" w:type="dxa"/>
            </w:tcMar>
            <w:vAlign w:val="center"/>
          </w:tcPr>
          <w:p w14:paraId="697DE6F1" w14:textId="77777777" w:rsidR="00A853CE" w:rsidRDefault="00000000">
            <w:pPr>
              <w:spacing w:after="0"/>
            </w:pPr>
            <w:proofErr w:type="spellStart"/>
            <w:r>
              <w:rPr>
                <w:b/>
              </w:rPr>
              <w:t>Adresse</w:t>
            </w:r>
            <w:proofErr w:type="spellEnd"/>
            <w:r>
              <w:rPr>
                <w:b/>
              </w:rPr>
              <w:t xml:space="preserve"> </w:t>
            </w:r>
            <w:proofErr w:type="spellStart"/>
            <w:r>
              <w:rPr>
                <w:b/>
              </w:rPr>
              <w:t>actuelle</w:t>
            </w:r>
            <w:proofErr w:type="spellEnd"/>
          </w:p>
        </w:tc>
        <w:tc>
          <w:tcPr>
            <w:tcW w:w="3996" w:type="dxa"/>
            <w:tcMar>
              <w:top w:w="60" w:type="dxa"/>
              <w:left w:w="85" w:type="dxa"/>
              <w:bottom w:w="60" w:type="dxa"/>
              <w:right w:w="85" w:type="dxa"/>
            </w:tcMar>
            <w:vAlign w:val="center"/>
          </w:tcPr>
          <w:p w14:paraId="1E118F95" w14:textId="1F92F93E" w:rsidR="00A853CE" w:rsidRDefault="00A853CE">
            <w:pPr>
              <w:spacing w:after="0"/>
            </w:pPr>
          </w:p>
        </w:tc>
        <w:tc>
          <w:tcPr>
            <w:tcW w:w="3996" w:type="dxa"/>
            <w:tcMar>
              <w:top w:w="60" w:type="dxa"/>
              <w:left w:w="85" w:type="dxa"/>
              <w:bottom w:w="60" w:type="dxa"/>
              <w:right w:w="85" w:type="dxa"/>
            </w:tcMar>
            <w:vAlign w:val="center"/>
          </w:tcPr>
          <w:p w14:paraId="22BE0D6A" w14:textId="4C52A765" w:rsidR="00A853CE" w:rsidRDefault="00A853CE">
            <w:pPr>
              <w:spacing w:after="0"/>
            </w:pPr>
          </w:p>
        </w:tc>
      </w:tr>
      <w:tr w:rsidR="00A853CE" w:rsidRPr="003B08E6" w14:paraId="37E743F7" w14:textId="77777777" w:rsidTr="00B20B2A">
        <w:trPr>
          <w:cantSplit/>
          <w:trHeight w:val="303"/>
          <w:jc w:val="center"/>
        </w:trPr>
        <w:tc>
          <w:tcPr>
            <w:tcW w:w="2664" w:type="dxa"/>
            <w:tcMar>
              <w:top w:w="60" w:type="dxa"/>
              <w:left w:w="85" w:type="dxa"/>
              <w:bottom w:w="60" w:type="dxa"/>
              <w:right w:w="85" w:type="dxa"/>
            </w:tcMar>
            <w:vAlign w:val="center"/>
          </w:tcPr>
          <w:p w14:paraId="7EB19220" w14:textId="77777777" w:rsidR="00A853CE" w:rsidRPr="003B08E6" w:rsidRDefault="00000000">
            <w:pPr>
              <w:spacing w:after="0"/>
              <w:rPr>
                <w:lang w:val="fr-BE"/>
              </w:rPr>
            </w:pPr>
            <w:r w:rsidRPr="003B08E6">
              <w:rPr>
                <w:b/>
                <w:lang w:val="fr-BE"/>
              </w:rPr>
              <w:t>Date et lieu de naissance</w:t>
            </w:r>
          </w:p>
        </w:tc>
        <w:tc>
          <w:tcPr>
            <w:tcW w:w="3996" w:type="dxa"/>
            <w:tcMar>
              <w:top w:w="60" w:type="dxa"/>
              <w:left w:w="85" w:type="dxa"/>
              <w:bottom w:w="60" w:type="dxa"/>
              <w:right w:w="85" w:type="dxa"/>
            </w:tcMar>
            <w:vAlign w:val="center"/>
          </w:tcPr>
          <w:p w14:paraId="7D3FDB85" w14:textId="3C72388F" w:rsidR="00A853CE" w:rsidRPr="003B08E6" w:rsidRDefault="00A853CE">
            <w:pPr>
              <w:spacing w:after="0"/>
              <w:rPr>
                <w:lang w:val="fr-BE"/>
              </w:rPr>
            </w:pPr>
          </w:p>
        </w:tc>
        <w:tc>
          <w:tcPr>
            <w:tcW w:w="3996" w:type="dxa"/>
            <w:tcMar>
              <w:top w:w="60" w:type="dxa"/>
              <w:left w:w="85" w:type="dxa"/>
              <w:bottom w:w="60" w:type="dxa"/>
              <w:right w:w="85" w:type="dxa"/>
            </w:tcMar>
            <w:vAlign w:val="center"/>
          </w:tcPr>
          <w:p w14:paraId="15D56DF0" w14:textId="19EC9DB8" w:rsidR="00A853CE" w:rsidRPr="003B08E6" w:rsidRDefault="00A853CE">
            <w:pPr>
              <w:spacing w:after="0"/>
              <w:rPr>
                <w:lang w:val="fr-BE"/>
              </w:rPr>
            </w:pPr>
          </w:p>
        </w:tc>
      </w:tr>
      <w:tr w:rsidR="00A853CE" w14:paraId="251F4FF7" w14:textId="77777777" w:rsidTr="00B20B2A">
        <w:trPr>
          <w:cantSplit/>
          <w:trHeight w:val="437"/>
          <w:jc w:val="center"/>
        </w:trPr>
        <w:tc>
          <w:tcPr>
            <w:tcW w:w="2664" w:type="dxa"/>
            <w:tcMar>
              <w:top w:w="60" w:type="dxa"/>
              <w:left w:w="85" w:type="dxa"/>
              <w:bottom w:w="60" w:type="dxa"/>
              <w:right w:w="85" w:type="dxa"/>
            </w:tcMar>
            <w:vAlign w:val="center"/>
          </w:tcPr>
          <w:p w14:paraId="3E2721EA" w14:textId="77777777" w:rsidR="00A853CE" w:rsidRDefault="00000000">
            <w:pPr>
              <w:spacing w:after="0"/>
            </w:pPr>
            <w:proofErr w:type="spellStart"/>
            <w:r>
              <w:rPr>
                <w:b/>
              </w:rPr>
              <w:t>Téléphone</w:t>
            </w:r>
            <w:proofErr w:type="spellEnd"/>
          </w:p>
        </w:tc>
        <w:tc>
          <w:tcPr>
            <w:tcW w:w="3996" w:type="dxa"/>
            <w:tcMar>
              <w:top w:w="60" w:type="dxa"/>
              <w:left w:w="85" w:type="dxa"/>
              <w:bottom w:w="60" w:type="dxa"/>
              <w:right w:w="85" w:type="dxa"/>
            </w:tcMar>
            <w:vAlign w:val="center"/>
          </w:tcPr>
          <w:p w14:paraId="7E4CD6E9" w14:textId="04F0A5A3" w:rsidR="00A853CE" w:rsidRDefault="00A853CE">
            <w:pPr>
              <w:spacing w:after="0"/>
            </w:pPr>
          </w:p>
        </w:tc>
        <w:tc>
          <w:tcPr>
            <w:tcW w:w="3996" w:type="dxa"/>
            <w:tcMar>
              <w:top w:w="60" w:type="dxa"/>
              <w:left w:w="85" w:type="dxa"/>
              <w:bottom w:w="60" w:type="dxa"/>
              <w:right w:w="85" w:type="dxa"/>
            </w:tcMar>
            <w:vAlign w:val="center"/>
          </w:tcPr>
          <w:p w14:paraId="64DD9EBB" w14:textId="256B4F06" w:rsidR="00A853CE" w:rsidRDefault="00A853CE">
            <w:pPr>
              <w:spacing w:after="0"/>
            </w:pPr>
          </w:p>
        </w:tc>
      </w:tr>
      <w:tr w:rsidR="00A853CE" w14:paraId="35215988" w14:textId="77777777" w:rsidTr="00B20B2A">
        <w:trPr>
          <w:cantSplit/>
          <w:trHeight w:val="431"/>
          <w:jc w:val="center"/>
        </w:trPr>
        <w:tc>
          <w:tcPr>
            <w:tcW w:w="2664" w:type="dxa"/>
            <w:tcMar>
              <w:top w:w="60" w:type="dxa"/>
              <w:left w:w="85" w:type="dxa"/>
              <w:bottom w:w="60" w:type="dxa"/>
              <w:right w:w="85" w:type="dxa"/>
            </w:tcMar>
            <w:vAlign w:val="center"/>
          </w:tcPr>
          <w:p w14:paraId="3D4B7D04" w14:textId="77777777" w:rsidR="00A853CE" w:rsidRDefault="00000000">
            <w:pPr>
              <w:spacing w:after="0"/>
            </w:pPr>
            <w:r>
              <w:rPr>
                <w:b/>
              </w:rPr>
              <w:t>E-mail</w:t>
            </w:r>
          </w:p>
        </w:tc>
        <w:tc>
          <w:tcPr>
            <w:tcW w:w="3996" w:type="dxa"/>
            <w:tcMar>
              <w:top w:w="60" w:type="dxa"/>
              <w:left w:w="85" w:type="dxa"/>
              <w:bottom w:w="60" w:type="dxa"/>
              <w:right w:w="85" w:type="dxa"/>
            </w:tcMar>
            <w:vAlign w:val="center"/>
          </w:tcPr>
          <w:p w14:paraId="1407C478" w14:textId="1F0F0FF8" w:rsidR="00A853CE" w:rsidRDefault="00A853CE">
            <w:pPr>
              <w:spacing w:after="0"/>
            </w:pPr>
          </w:p>
        </w:tc>
        <w:tc>
          <w:tcPr>
            <w:tcW w:w="3996" w:type="dxa"/>
            <w:tcMar>
              <w:top w:w="60" w:type="dxa"/>
              <w:left w:w="85" w:type="dxa"/>
              <w:bottom w:w="60" w:type="dxa"/>
              <w:right w:w="85" w:type="dxa"/>
            </w:tcMar>
            <w:vAlign w:val="center"/>
          </w:tcPr>
          <w:p w14:paraId="0908E40C" w14:textId="20C34EFB" w:rsidR="00A853CE" w:rsidRDefault="00A853CE">
            <w:pPr>
              <w:spacing w:after="0"/>
            </w:pPr>
          </w:p>
        </w:tc>
      </w:tr>
      <w:tr w:rsidR="00B20B2A" w:rsidRPr="003B08E6" w14:paraId="56C4CA74" w14:textId="77777777" w:rsidTr="00B20B2A">
        <w:trPr>
          <w:cantSplit/>
          <w:trHeight w:val="439"/>
          <w:jc w:val="center"/>
        </w:trPr>
        <w:tc>
          <w:tcPr>
            <w:tcW w:w="2664" w:type="dxa"/>
            <w:tcMar>
              <w:top w:w="60" w:type="dxa"/>
              <w:left w:w="85" w:type="dxa"/>
              <w:bottom w:w="60" w:type="dxa"/>
              <w:right w:w="85" w:type="dxa"/>
            </w:tcMar>
            <w:vAlign w:val="center"/>
          </w:tcPr>
          <w:p w14:paraId="5B748095" w14:textId="77777777" w:rsidR="00B20B2A" w:rsidRDefault="00B20B2A" w:rsidP="00B20B2A">
            <w:pPr>
              <w:spacing w:after="0"/>
            </w:pPr>
            <w:r>
              <w:rPr>
                <w:b/>
              </w:rPr>
              <w:t>État civil</w:t>
            </w:r>
          </w:p>
        </w:tc>
        <w:tc>
          <w:tcPr>
            <w:tcW w:w="3996" w:type="dxa"/>
            <w:tcMar>
              <w:top w:w="60" w:type="dxa"/>
              <w:left w:w="85" w:type="dxa"/>
              <w:bottom w:w="60" w:type="dxa"/>
              <w:right w:w="85" w:type="dxa"/>
            </w:tcMar>
            <w:vAlign w:val="center"/>
          </w:tcPr>
          <w:p w14:paraId="1F75CD97" w14:textId="1C5F3C39" w:rsidR="00B20B2A" w:rsidRPr="003B08E6" w:rsidRDefault="00B20B2A" w:rsidP="00B20B2A">
            <w:pPr>
              <w:spacing w:after="0"/>
              <w:rPr>
                <w:lang w:val="fr-BE"/>
              </w:rPr>
            </w:pPr>
            <w:r w:rsidRPr="003B08E6">
              <w:rPr>
                <w:lang w:val="fr-BE"/>
              </w:rPr>
              <w:t>☐ Célibataire ☐ Marié(e) ☐ Cohabitation légale</w:t>
            </w:r>
            <w:r w:rsidRPr="003B08E6">
              <w:rPr>
                <w:lang w:val="fr-BE"/>
              </w:rPr>
              <w:br/>
            </w:r>
          </w:p>
        </w:tc>
        <w:tc>
          <w:tcPr>
            <w:tcW w:w="3996" w:type="dxa"/>
            <w:tcMar>
              <w:top w:w="60" w:type="dxa"/>
              <w:left w:w="85" w:type="dxa"/>
              <w:bottom w:w="60" w:type="dxa"/>
              <w:right w:w="85" w:type="dxa"/>
            </w:tcMar>
            <w:vAlign w:val="center"/>
          </w:tcPr>
          <w:p w14:paraId="055CDE32" w14:textId="16B972B7" w:rsidR="00B20B2A" w:rsidRPr="003B08E6" w:rsidRDefault="00B20B2A" w:rsidP="00B20B2A">
            <w:pPr>
              <w:spacing w:after="0"/>
              <w:rPr>
                <w:lang w:val="fr-BE"/>
              </w:rPr>
            </w:pPr>
            <w:r w:rsidRPr="003B08E6">
              <w:rPr>
                <w:lang w:val="fr-BE"/>
              </w:rPr>
              <w:t>☐ Célibataire ☐ Marié(e) ☐ Cohabitation légale</w:t>
            </w:r>
            <w:r w:rsidRPr="003B08E6">
              <w:rPr>
                <w:lang w:val="fr-BE"/>
              </w:rPr>
              <w:br/>
            </w:r>
          </w:p>
        </w:tc>
      </w:tr>
    </w:tbl>
    <w:p w14:paraId="56979703" w14:textId="77777777" w:rsidR="00A853CE" w:rsidRDefault="00000000">
      <w:pPr>
        <w:keepNext/>
        <w:spacing w:before="120" w:after="60"/>
      </w:pPr>
      <w:proofErr w:type="gramStart"/>
      <w:r>
        <w:rPr>
          <w:b/>
          <w:sz w:val="20"/>
        </w:rPr>
        <w:t>3  Situation</w:t>
      </w:r>
      <w:proofErr w:type="gramEnd"/>
      <w:r>
        <w:rPr>
          <w:b/>
          <w:sz w:val="20"/>
        </w:rPr>
        <w:t xml:space="preserve"> </w:t>
      </w:r>
      <w:proofErr w:type="spellStart"/>
      <w:r>
        <w:rPr>
          <w:b/>
          <w:sz w:val="20"/>
        </w:rPr>
        <w:t>professionnelle</w:t>
      </w:r>
      <w:proofErr w:type="spellEnd"/>
      <w:r>
        <w:rPr>
          <w:b/>
          <w:sz w:val="20"/>
        </w:rPr>
        <w:t xml:space="preserve"> et </w:t>
      </w:r>
      <w:proofErr w:type="spellStart"/>
      <w:r>
        <w:rPr>
          <w:b/>
          <w:sz w:val="20"/>
        </w:rPr>
        <w:t>revenus</w:t>
      </w:r>
      <w:proofErr w:type="spellEnd"/>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664"/>
        <w:gridCol w:w="3996"/>
        <w:gridCol w:w="3996"/>
      </w:tblGrid>
      <w:tr w:rsidR="00A853CE" w14:paraId="2F1E0860" w14:textId="77777777">
        <w:trPr>
          <w:cantSplit/>
          <w:jc w:val="center"/>
        </w:trPr>
        <w:tc>
          <w:tcPr>
            <w:tcW w:w="2664" w:type="dxa"/>
            <w:shd w:val="clear" w:color="auto" w:fill="E8EEF2"/>
            <w:tcMar>
              <w:top w:w="60" w:type="dxa"/>
              <w:left w:w="85" w:type="dxa"/>
              <w:bottom w:w="60" w:type="dxa"/>
              <w:right w:w="85" w:type="dxa"/>
            </w:tcMar>
            <w:vAlign w:val="center"/>
          </w:tcPr>
          <w:p w14:paraId="108923E3" w14:textId="77777777" w:rsidR="00A853CE" w:rsidRDefault="00000000">
            <w:pPr>
              <w:spacing w:after="0"/>
            </w:pPr>
            <w:r>
              <w:rPr>
                <w:b/>
              </w:rPr>
              <w:t>Informations</w:t>
            </w:r>
          </w:p>
        </w:tc>
        <w:tc>
          <w:tcPr>
            <w:tcW w:w="3996" w:type="dxa"/>
            <w:shd w:val="clear" w:color="auto" w:fill="E8EEF2"/>
            <w:tcMar>
              <w:top w:w="60" w:type="dxa"/>
              <w:left w:w="85" w:type="dxa"/>
              <w:bottom w:w="60" w:type="dxa"/>
              <w:right w:w="85" w:type="dxa"/>
            </w:tcMar>
            <w:vAlign w:val="center"/>
          </w:tcPr>
          <w:p w14:paraId="78326E1D" w14:textId="77777777" w:rsidR="00A853CE" w:rsidRDefault="00000000">
            <w:pPr>
              <w:spacing w:after="0"/>
            </w:pPr>
            <w:r>
              <w:rPr>
                <w:b/>
              </w:rPr>
              <w:t>Candidat 1</w:t>
            </w:r>
          </w:p>
        </w:tc>
        <w:tc>
          <w:tcPr>
            <w:tcW w:w="3996" w:type="dxa"/>
            <w:shd w:val="clear" w:color="auto" w:fill="E8EEF2"/>
            <w:tcMar>
              <w:top w:w="60" w:type="dxa"/>
              <w:left w:w="85" w:type="dxa"/>
              <w:bottom w:w="60" w:type="dxa"/>
              <w:right w:w="85" w:type="dxa"/>
            </w:tcMar>
            <w:vAlign w:val="center"/>
          </w:tcPr>
          <w:p w14:paraId="41B746A5" w14:textId="77777777" w:rsidR="00A853CE" w:rsidRDefault="00000000">
            <w:pPr>
              <w:spacing w:after="0"/>
            </w:pPr>
            <w:r>
              <w:rPr>
                <w:b/>
              </w:rPr>
              <w:t>Candidat 2</w:t>
            </w:r>
          </w:p>
        </w:tc>
      </w:tr>
      <w:tr w:rsidR="00A853CE" w:rsidRPr="003B08E6" w14:paraId="4ED54373" w14:textId="77777777">
        <w:trPr>
          <w:cantSplit/>
          <w:jc w:val="center"/>
        </w:trPr>
        <w:tc>
          <w:tcPr>
            <w:tcW w:w="2664" w:type="dxa"/>
            <w:tcMar>
              <w:top w:w="60" w:type="dxa"/>
              <w:left w:w="85" w:type="dxa"/>
              <w:bottom w:w="60" w:type="dxa"/>
              <w:right w:w="85" w:type="dxa"/>
            </w:tcMar>
            <w:vAlign w:val="center"/>
          </w:tcPr>
          <w:p w14:paraId="2E341BF3" w14:textId="77777777" w:rsidR="00A853CE" w:rsidRDefault="00000000">
            <w:pPr>
              <w:spacing w:after="0"/>
            </w:pPr>
            <w:r>
              <w:rPr>
                <w:b/>
              </w:rPr>
              <w:t>Statut professionnel</w:t>
            </w:r>
          </w:p>
        </w:tc>
        <w:tc>
          <w:tcPr>
            <w:tcW w:w="3996" w:type="dxa"/>
            <w:tcMar>
              <w:top w:w="60" w:type="dxa"/>
              <w:left w:w="85" w:type="dxa"/>
              <w:bottom w:w="60" w:type="dxa"/>
              <w:right w:w="85" w:type="dxa"/>
            </w:tcMar>
            <w:vAlign w:val="center"/>
          </w:tcPr>
          <w:p w14:paraId="20210149" w14:textId="77777777" w:rsidR="00A853CE" w:rsidRPr="003B08E6" w:rsidRDefault="00000000">
            <w:pPr>
              <w:spacing w:after="0"/>
              <w:rPr>
                <w:lang w:val="fr-BE"/>
              </w:rPr>
            </w:pPr>
            <w:r w:rsidRPr="003B08E6">
              <w:rPr>
                <w:lang w:val="fr-BE"/>
              </w:rPr>
              <w:t xml:space="preserve">☐ </w:t>
            </w:r>
            <w:proofErr w:type="gramStart"/>
            <w:r w:rsidRPr="003B08E6">
              <w:rPr>
                <w:lang w:val="fr-BE"/>
              </w:rPr>
              <w:t>Employé  ☐</w:t>
            </w:r>
            <w:proofErr w:type="gramEnd"/>
            <w:r w:rsidRPr="003B08E6">
              <w:rPr>
                <w:lang w:val="fr-BE"/>
              </w:rPr>
              <w:t xml:space="preserve"> </w:t>
            </w:r>
            <w:proofErr w:type="gramStart"/>
            <w:r w:rsidRPr="003B08E6">
              <w:rPr>
                <w:lang w:val="fr-BE"/>
              </w:rPr>
              <w:t>Ouvrier  ☐</w:t>
            </w:r>
            <w:proofErr w:type="gramEnd"/>
            <w:r w:rsidRPr="003B08E6">
              <w:rPr>
                <w:lang w:val="fr-BE"/>
              </w:rPr>
              <w:t xml:space="preserve"> Fonctionnaire</w:t>
            </w:r>
            <w:r w:rsidRPr="003B08E6">
              <w:rPr>
                <w:lang w:val="fr-BE"/>
              </w:rPr>
              <w:br/>
              <w:t xml:space="preserve">☐ </w:t>
            </w:r>
            <w:proofErr w:type="gramStart"/>
            <w:r w:rsidRPr="003B08E6">
              <w:rPr>
                <w:lang w:val="fr-BE"/>
              </w:rPr>
              <w:t>Indépendant  ☐</w:t>
            </w:r>
            <w:proofErr w:type="gramEnd"/>
            <w:r w:rsidRPr="003B08E6">
              <w:rPr>
                <w:lang w:val="fr-BE"/>
              </w:rPr>
              <w:t xml:space="preserve"> </w:t>
            </w:r>
            <w:proofErr w:type="gramStart"/>
            <w:r w:rsidRPr="003B08E6">
              <w:rPr>
                <w:lang w:val="fr-BE"/>
              </w:rPr>
              <w:t>Étudiant  ☐</w:t>
            </w:r>
            <w:proofErr w:type="gramEnd"/>
            <w:r w:rsidRPr="003B08E6">
              <w:rPr>
                <w:lang w:val="fr-BE"/>
              </w:rPr>
              <w:t xml:space="preserve"> Pensionné</w:t>
            </w:r>
            <w:r w:rsidRPr="003B08E6">
              <w:rPr>
                <w:lang w:val="fr-BE"/>
              </w:rPr>
              <w:br/>
              <w:t xml:space="preserve">☐ </w:t>
            </w:r>
            <w:proofErr w:type="gramStart"/>
            <w:r w:rsidRPr="003B08E6">
              <w:rPr>
                <w:lang w:val="fr-BE"/>
              </w:rPr>
              <w:t>Chômage  ☐</w:t>
            </w:r>
            <w:proofErr w:type="gramEnd"/>
            <w:r w:rsidRPr="003B08E6">
              <w:rPr>
                <w:lang w:val="fr-BE"/>
              </w:rPr>
              <w:t xml:space="preserve"> </w:t>
            </w:r>
            <w:proofErr w:type="gramStart"/>
            <w:r w:rsidRPr="003B08E6">
              <w:rPr>
                <w:lang w:val="fr-BE"/>
              </w:rPr>
              <w:t>Mutuelle  ☐</w:t>
            </w:r>
            <w:proofErr w:type="gramEnd"/>
            <w:r w:rsidRPr="003B08E6">
              <w:rPr>
                <w:lang w:val="fr-BE"/>
              </w:rPr>
              <w:t xml:space="preserve"> CPAS</w:t>
            </w:r>
            <w:r w:rsidRPr="003B08E6">
              <w:rPr>
                <w:lang w:val="fr-BE"/>
              </w:rPr>
              <w:br/>
              <w:t>☐ Autre : ..............................................</w:t>
            </w:r>
          </w:p>
        </w:tc>
        <w:tc>
          <w:tcPr>
            <w:tcW w:w="3996" w:type="dxa"/>
            <w:tcMar>
              <w:top w:w="60" w:type="dxa"/>
              <w:left w:w="85" w:type="dxa"/>
              <w:bottom w:w="60" w:type="dxa"/>
              <w:right w:w="85" w:type="dxa"/>
            </w:tcMar>
            <w:vAlign w:val="center"/>
          </w:tcPr>
          <w:p w14:paraId="2D3B165A" w14:textId="77777777" w:rsidR="00A853CE" w:rsidRPr="003B08E6" w:rsidRDefault="00000000">
            <w:pPr>
              <w:spacing w:after="0"/>
              <w:rPr>
                <w:lang w:val="fr-BE"/>
              </w:rPr>
            </w:pPr>
            <w:r w:rsidRPr="003B08E6">
              <w:rPr>
                <w:lang w:val="fr-BE"/>
              </w:rPr>
              <w:t xml:space="preserve">☐ </w:t>
            </w:r>
            <w:proofErr w:type="gramStart"/>
            <w:r w:rsidRPr="003B08E6">
              <w:rPr>
                <w:lang w:val="fr-BE"/>
              </w:rPr>
              <w:t>Employé  ☐</w:t>
            </w:r>
            <w:proofErr w:type="gramEnd"/>
            <w:r w:rsidRPr="003B08E6">
              <w:rPr>
                <w:lang w:val="fr-BE"/>
              </w:rPr>
              <w:t xml:space="preserve"> </w:t>
            </w:r>
            <w:proofErr w:type="gramStart"/>
            <w:r w:rsidRPr="003B08E6">
              <w:rPr>
                <w:lang w:val="fr-BE"/>
              </w:rPr>
              <w:t>Ouvrier  ☐</w:t>
            </w:r>
            <w:proofErr w:type="gramEnd"/>
            <w:r w:rsidRPr="003B08E6">
              <w:rPr>
                <w:lang w:val="fr-BE"/>
              </w:rPr>
              <w:t xml:space="preserve"> Fonctionnaire</w:t>
            </w:r>
            <w:r w:rsidRPr="003B08E6">
              <w:rPr>
                <w:lang w:val="fr-BE"/>
              </w:rPr>
              <w:br/>
              <w:t xml:space="preserve">☐ </w:t>
            </w:r>
            <w:proofErr w:type="gramStart"/>
            <w:r w:rsidRPr="003B08E6">
              <w:rPr>
                <w:lang w:val="fr-BE"/>
              </w:rPr>
              <w:t>Indépendant  ☐</w:t>
            </w:r>
            <w:proofErr w:type="gramEnd"/>
            <w:r w:rsidRPr="003B08E6">
              <w:rPr>
                <w:lang w:val="fr-BE"/>
              </w:rPr>
              <w:t xml:space="preserve"> </w:t>
            </w:r>
            <w:proofErr w:type="gramStart"/>
            <w:r w:rsidRPr="003B08E6">
              <w:rPr>
                <w:lang w:val="fr-BE"/>
              </w:rPr>
              <w:t>Étudiant  ☐</w:t>
            </w:r>
            <w:proofErr w:type="gramEnd"/>
            <w:r w:rsidRPr="003B08E6">
              <w:rPr>
                <w:lang w:val="fr-BE"/>
              </w:rPr>
              <w:t xml:space="preserve"> Pensionné</w:t>
            </w:r>
            <w:r w:rsidRPr="003B08E6">
              <w:rPr>
                <w:lang w:val="fr-BE"/>
              </w:rPr>
              <w:br/>
              <w:t xml:space="preserve">☐ </w:t>
            </w:r>
            <w:proofErr w:type="gramStart"/>
            <w:r w:rsidRPr="003B08E6">
              <w:rPr>
                <w:lang w:val="fr-BE"/>
              </w:rPr>
              <w:t>Chômage  ☐</w:t>
            </w:r>
            <w:proofErr w:type="gramEnd"/>
            <w:r w:rsidRPr="003B08E6">
              <w:rPr>
                <w:lang w:val="fr-BE"/>
              </w:rPr>
              <w:t xml:space="preserve"> </w:t>
            </w:r>
            <w:proofErr w:type="gramStart"/>
            <w:r w:rsidRPr="003B08E6">
              <w:rPr>
                <w:lang w:val="fr-BE"/>
              </w:rPr>
              <w:t>Mutuelle  ☐</w:t>
            </w:r>
            <w:proofErr w:type="gramEnd"/>
            <w:r w:rsidRPr="003B08E6">
              <w:rPr>
                <w:lang w:val="fr-BE"/>
              </w:rPr>
              <w:t xml:space="preserve"> CPAS</w:t>
            </w:r>
            <w:r w:rsidRPr="003B08E6">
              <w:rPr>
                <w:lang w:val="fr-BE"/>
              </w:rPr>
              <w:br/>
              <w:t>☐ Autre : ..............................................</w:t>
            </w:r>
          </w:p>
        </w:tc>
      </w:tr>
      <w:tr w:rsidR="00A853CE" w14:paraId="17E1A16B" w14:textId="77777777" w:rsidTr="00F7208D">
        <w:trPr>
          <w:cantSplit/>
          <w:trHeight w:val="385"/>
          <w:jc w:val="center"/>
        </w:trPr>
        <w:tc>
          <w:tcPr>
            <w:tcW w:w="2664" w:type="dxa"/>
            <w:tcMar>
              <w:top w:w="60" w:type="dxa"/>
              <w:left w:w="85" w:type="dxa"/>
              <w:bottom w:w="60" w:type="dxa"/>
              <w:right w:w="85" w:type="dxa"/>
            </w:tcMar>
            <w:vAlign w:val="center"/>
          </w:tcPr>
          <w:p w14:paraId="66897AED" w14:textId="77777777" w:rsidR="00A853CE" w:rsidRDefault="00000000">
            <w:pPr>
              <w:spacing w:after="0"/>
            </w:pPr>
            <w:r>
              <w:rPr>
                <w:b/>
              </w:rPr>
              <w:t xml:space="preserve">Profession / </w:t>
            </w:r>
            <w:proofErr w:type="spellStart"/>
            <w:r>
              <w:rPr>
                <w:b/>
              </w:rPr>
              <w:t>fonction</w:t>
            </w:r>
            <w:proofErr w:type="spellEnd"/>
          </w:p>
        </w:tc>
        <w:tc>
          <w:tcPr>
            <w:tcW w:w="3996" w:type="dxa"/>
            <w:tcMar>
              <w:top w:w="60" w:type="dxa"/>
              <w:left w:w="85" w:type="dxa"/>
              <w:bottom w:w="60" w:type="dxa"/>
              <w:right w:w="85" w:type="dxa"/>
            </w:tcMar>
            <w:vAlign w:val="center"/>
          </w:tcPr>
          <w:p w14:paraId="433DC25F" w14:textId="12A29765" w:rsidR="00A853CE" w:rsidRDefault="00A853CE">
            <w:pPr>
              <w:spacing w:after="0"/>
            </w:pPr>
          </w:p>
        </w:tc>
        <w:tc>
          <w:tcPr>
            <w:tcW w:w="3996" w:type="dxa"/>
            <w:tcMar>
              <w:top w:w="60" w:type="dxa"/>
              <w:left w:w="85" w:type="dxa"/>
              <w:bottom w:w="60" w:type="dxa"/>
              <w:right w:w="85" w:type="dxa"/>
            </w:tcMar>
            <w:vAlign w:val="center"/>
          </w:tcPr>
          <w:p w14:paraId="33567C0C" w14:textId="0296B12C" w:rsidR="00A853CE" w:rsidRDefault="00A853CE">
            <w:pPr>
              <w:spacing w:after="0"/>
            </w:pPr>
          </w:p>
        </w:tc>
      </w:tr>
      <w:tr w:rsidR="00A853CE" w14:paraId="496CDCAE" w14:textId="77777777">
        <w:trPr>
          <w:cantSplit/>
          <w:jc w:val="center"/>
        </w:trPr>
        <w:tc>
          <w:tcPr>
            <w:tcW w:w="2664" w:type="dxa"/>
            <w:tcMar>
              <w:top w:w="60" w:type="dxa"/>
              <w:left w:w="85" w:type="dxa"/>
              <w:bottom w:w="60" w:type="dxa"/>
              <w:right w:w="85" w:type="dxa"/>
            </w:tcMar>
            <w:vAlign w:val="center"/>
          </w:tcPr>
          <w:p w14:paraId="45FA3D2B" w14:textId="309FBF69" w:rsidR="00A853CE" w:rsidRDefault="00000000">
            <w:pPr>
              <w:spacing w:after="0"/>
            </w:pPr>
            <w:proofErr w:type="spellStart"/>
            <w:r>
              <w:rPr>
                <w:b/>
              </w:rPr>
              <w:t>Employeur</w:t>
            </w:r>
            <w:proofErr w:type="spellEnd"/>
            <w:r>
              <w:rPr>
                <w:b/>
              </w:rPr>
              <w:t xml:space="preserve"> </w:t>
            </w:r>
            <w:proofErr w:type="spellStart"/>
            <w:r w:rsidR="0088782D">
              <w:rPr>
                <w:b/>
              </w:rPr>
              <w:t>ou</w:t>
            </w:r>
            <w:proofErr w:type="spellEnd"/>
            <w:r>
              <w:rPr>
                <w:b/>
              </w:rPr>
              <w:t xml:space="preserve"> </w:t>
            </w:r>
            <w:proofErr w:type="spellStart"/>
            <w:r>
              <w:rPr>
                <w:b/>
              </w:rPr>
              <w:t>organisme</w:t>
            </w:r>
            <w:proofErr w:type="spellEnd"/>
            <w:r>
              <w:rPr>
                <w:b/>
              </w:rPr>
              <w:t xml:space="preserve"> </w:t>
            </w:r>
            <w:proofErr w:type="spellStart"/>
            <w:r>
              <w:rPr>
                <w:b/>
              </w:rPr>
              <w:t>payeur</w:t>
            </w:r>
            <w:proofErr w:type="spellEnd"/>
          </w:p>
        </w:tc>
        <w:tc>
          <w:tcPr>
            <w:tcW w:w="3996" w:type="dxa"/>
            <w:tcMar>
              <w:top w:w="60" w:type="dxa"/>
              <w:left w:w="85" w:type="dxa"/>
              <w:bottom w:w="60" w:type="dxa"/>
              <w:right w:w="85" w:type="dxa"/>
            </w:tcMar>
            <w:vAlign w:val="center"/>
          </w:tcPr>
          <w:p w14:paraId="2C097669" w14:textId="27F96072" w:rsidR="00A853CE" w:rsidRDefault="00A853CE">
            <w:pPr>
              <w:spacing w:after="0"/>
            </w:pPr>
          </w:p>
        </w:tc>
        <w:tc>
          <w:tcPr>
            <w:tcW w:w="3996" w:type="dxa"/>
            <w:tcMar>
              <w:top w:w="60" w:type="dxa"/>
              <w:left w:w="85" w:type="dxa"/>
              <w:bottom w:w="60" w:type="dxa"/>
              <w:right w:w="85" w:type="dxa"/>
            </w:tcMar>
            <w:vAlign w:val="center"/>
          </w:tcPr>
          <w:p w14:paraId="0210612E" w14:textId="24F5B81A" w:rsidR="00A853CE" w:rsidRDefault="00A853CE">
            <w:pPr>
              <w:spacing w:after="0"/>
            </w:pPr>
          </w:p>
        </w:tc>
      </w:tr>
      <w:tr w:rsidR="00A853CE" w14:paraId="6F39C837" w14:textId="77777777">
        <w:trPr>
          <w:cantSplit/>
          <w:jc w:val="center"/>
        </w:trPr>
        <w:tc>
          <w:tcPr>
            <w:tcW w:w="2664" w:type="dxa"/>
            <w:tcMar>
              <w:top w:w="60" w:type="dxa"/>
              <w:left w:w="85" w:type="dxa"/>
              <w:bottom w:w="60" w:type="dxa"/>
              <w:right w:w="85" w:type="dxa"/>
            </w:tcMar>
            <w:vAlign w:val="center"/>
          </w:tcPr>
          <w:p w14:paraId="705AD72D" w14:textId="77777777" w:rsidR="00A853CE" w:rsidRDefault="00000000">
            <w:pPr>
              <w:spacing w:after="0"/>
            </w:pPr>
            <w:r>
              <w:rPr>
                <w:b/>
              </w:rPr>
              <w:t>Type de contrat</w:t>
            </w:r>
          </w:p>
        </w:tc>
        <w:tc>
          <w:tcPr>
            <w:tcW w:w="3996" w:type="dxa"/>
            <w:tcMar>
              <w:top w:w="60" w:type="dxa"/>
              <w:left w:w="85" w:type="dxa"/>
              <w:bottom w:w="60" w:type="dxa"/>
              <w:right w:w="85" w:type="dxa"/>
            </w:tcMar>
            <w:vAlign w:val="center"/>
          </w:tcPr>
          <w:p w14:paraId="67FDD3A1" w14:textId="77777777" w:rsidR="00A853CE" w:rsidRDefault="00000000">
            <w:pPr>
              <w:spacing w:after="0"/>
            </w:pPr>
            <w:r>
              <w:t>☐ CDI  ☐ CDD  ☐ Intérim</w:t>
            </w:r>
            <w:r>
              <w:br/>
              <w:t>☐ Autre : ........................................</w:t>
            </w:r>
          </w:p>
        </w:tc>
        <w:tc>
          <w:tcPr>
            <w:tcW w:w="3996" w:type="dxa"/>
            <w:tcMar>
              <w:top w:w="60" w:type="dxa"/>
              <w:left w:w="85" w:type="dxa"/>
              <w:bottom w:w="60" w:type="dxa"/>
              <w:right w:w="85" w:type="dxa"/>
            </w:tcMar>
            <w:vAlign w:val="center"/>
          </w:tcPr>
          <w:p w14:paraId="0FACB21D" w14:textId="77777777" w:rsidR="00A853CE" w:rsidRDefault="00000000">
            <w:pPr>
              <w:spacing w:after="0"/>
            </w:pPr>
            <w:r>
              <w:t>☐ CDI  ☐ CDD  ☐ Intérim</w:t>
            </w:r>
            <w:r>
              <w:br/>
              <w:t>☐ Autre : ........................................</w:t>
            </w:r>
          </w:p>
        </w:tc>
      </w:tr>
      <w:tr w:rsidR="00A853CE" w14:paraId="697FF4B4" w14:textId="77777777" w:rsidTr="00F7208D">
        <w:trPr>
          <w:cantSplit/>
          <w:trHeight w:val="321"/>
          <w:jc w:val="center"/>
        </w:trPr>
        <w:tc>
          <w:tcPr>
            <w:tcW w:w="2664" w:type="dxa"/>
            <w:tcMar>
              <w:top w:w="60" w:type="dxa"/>
              <w:left w:w="85" w:type="dxa"/>
              <w:bottom w:w="60" w:type="dxa"/>
              <w:right w:w="85" w:type="dxa"/>
            </w:tcMar>
            <w:vAlign w:val="center"/>
          </w:tcPr>
          <w:p w14:paraId="16C2E357" w14:textId="77777777" w:rsidR="00A853CE" w:rsidRDefault="00000000">
            <w:pPr>
              <w:spacing w:after="0"/>
            </w:pPr>
            <w:proofErr w:type="spellStart"/>
            <w:r>
              <w:rPr>
                <w:b/>
              </w:rPr>
              <w:t>Ancienneté</w:t>
            </w:r>
            <w:proofErr w:type="spellEnd"/>
            <w:r>
              <w:rPr>
                <w:b/>
              </w:rPr>
              <w:t xml:space="preserve"> / date de début</w:t>
            </w:r>
          </w:p>
        </w:tc>
        <w:tc>
          <w:tcPr>
            <w:tcW w:w="3996" w:type="dxa"/>
            <w:tcMar>
              <w:top w:w="60" w:type="dxa"/>
              <w:left w:w="85" w:type="dxa"/>
              <w:bottom w:w="60" w:type="dxa"/>
              <w:right w:w="85" w:type="dxa"/>
            </w:tcMar>
            <w:vAlign w:val="center"/>
          </w:tcPr>
          <w:p w14:paraId="4D982FBC" w14:textId="6A17904A" w:rsidR="00A853CE" w:rsidRDefault="00A853CE">
            <w:pPr>
              <w:spacing w:after="0"/>
            </w:pPr>
          </w:p>
        </w:tc>
        <w:tc>
          <w:tcPr>
            <w:tcW w:w="3996" w:type="dxa"/>
            <w:tcMar>
              <w:top w:w="60" w:type="dxa"/>
              <w:left w:w="85" w:type="dxa"/>
              <w:bottom w:w="60" w:type="dxa"/>
              <w:right w:w="85" w:type="dxa"/>
            </w:tcMar>
            <w:vAlign w:val="center"/>
          </w:tcPr>
          <w:p w14:paraId="626C22CD" w14:textId="250766A4" w:rsidR="00A853CE" w:rsidRDefault="00A853CE">
            <w:pPr>
              <w:spacing w:after="0"/>
            </w:pPr>
          </w:p>
        </w:tc>
      </w:tr>
      <w:tr w:rsidR="00A853CE" w14:paraId="52398535" w14:textId="77777777">
        <w:trPr>
          <w:cantSplit/>
          <w:jc w:val="center"/>
        </w:trPr>
        <w:tc>
          <w:tcPr>
            <w:tcW w:w="2664" w:type="dxa"/>
            <w:tcMar>
              <w:top w:w="60" w:type="dxa"/>
              <w:left w:w="85" w:type="dxa"/>
              <w:bottom w:w="60" w:type="dxa"/>
              <w:right w:w="85" w:type="dxa"/>
            </w:tcMar>
            <w:vAlign w:val="center"/>
          </w:tcPr>
          <w:p w14:paraId="6CDB7C3F" w14:textId="77777777" w:rsidR="00A853CE" w:rsidRDefault="00000000">
            <w:pPr>
              <w:spacing w:after="0"/>
            </w:pPr>
            <w:r>
              <w:rPr>
                <w:b/>
              </w:rPr>
              <w:t xml:space="preserve">En </w:t>
            </w:r>
            <w:proofErr w:type="spellStart"/>
            <w:r>
              <w:rPr>
                <w:b/>
              </w:rPr>
              <w:t>préavis</w:t>
            </w:r>
            <w:proofErr w:type="spellEnd"/>
          </w:p>
        </w:tc>
        <w:tc>
          <w:tcPr>
            <w:tcW w:w="3996" w:type="dxa"/>
            <w:tcMar>
              <w:top w:w="60" w:type="dxa"/>
              <w:left w:w="85" w:type="dxa"/>
              <w:bottom w:w="60" w:type="dxa"/>
              <w:right w:w="85" w:type="dxa"/>
            </w:tcMar>
            <w:vAlign w:val="center"/>
          </w:tcPr>
          <w:p w14:paraId="3B3A7B71" w14:textId="77777777" w:rsidR="00A853CE" w:rsidRDefault="00000000">
            <w:pPr>
              <w:spacing w:after="0"/>
            </w:pPr>
            <w:r>
              <w:t>☐ Non   ☐ Oui</w:t>
            </w:r>
          </w:p>
        </w:tc>
        <w:tc>
          <w:tcPr>
            <w:tcW w:w="3996" w:type="dxa"/>
            <w:tcMar>
              <w:top w:w="60" w:type="dxa"/>
              <w:left w:w="85" w:type="dxa"/>
              <w:bottom w:w="60" w:type="dxa"/>
              <w:right w:w="85" w:type="dxa"/>
            </w:tcMar>
            <w:vAlign w:val="center"/>
          </w:tcPr>
          <w:p w14:paraId="4D9E6FF2" w14:textId="77777777" w:rsidR="00A853CE" w:rsidRDefault="00000000">
            <w:pPr>
              <w:spacing w:after="0"/>
            </w:pPr>
            <w:r>
              <w:t>☐ Non   ☐ Oui</w:t>
            </w:r>
          </w:p>
        </w:tc>
      </w:tr>
      <w:tr w:rsidR="00A853CE" w14:paraId="7FBCAEFF" w14:textId="77777777" w:rsidTr="00F7208D">
        <w:trPr>
          <w:cantSplit/>
          <w:trHeight w:val="1102"/>
          <w:jc w:val="center"/>
        </w:trPr>
        <w:tc>
          <w:tcPr>
            <w:tcW w:w="2664" w:type="dxa"/>
            <w:tcMar>
              <w:top w:w="60" w:type="dxa"/>
              <w:left w:w="85" w:type="dxa"/>
              <w:bottom w:w="60" w:type="dxa"/>
              <w:right w:w="85" w:type="dxa"/>
            </w:tcMar>
            <w:vAlign w:val="center"/>
          </w:tcPr>
          <w:p w14:paraId="03B82A7C" w14:textId="77777777" w:rsidR="00A853CE" w:rsidRPr="003B08E6" w:rsidRDefault="00000000">
            <w:pPr>
              <w:spacing w:after="0"/>
              <w:rPr>
                <w:lang w:val="fr-BE"/>
              </w:rPr>
            </w:pPr>
            <w:r w:rsidRPr="003B08E6">
              <w:rPr>
                <w:b/>
                <w:lang w:val="fr-BE"/>
              </w:rPr>
              <w:t>Revenus nets des 3 derniers mois</w:t>
            </w:r>
          </w:p>
        </w:tc>
        <w:tc>
          <w:tcPr>
            <w:tcW w:w="3996" w:type="dxa"/>
            <w:tcMar>
              <w:top w:w="60" w:type="dxa"/>
              <w:left w:w="85" w:type="dxa"/>
              <w:bottom w:w="60" w:type="dxa"/>
              <w:right w:w="85" w:type="dxa"/>
            </w:tcMar>
            <w:vAlign w:val="center"/>
          </w:tcPr>
          <w:p w14:paraId="1F2D3665" w14:textId="670FDC8B" w:rsidR="00F7208D" w:rsidRDefault="00000000">
            <w:pPr>
              <w:spacing w:after="0"/>
            </w:pPr>
            <w:proofErr w:type="spellStart"/>
            <w:r>
              <w:t>Mois</w:t>
            </w:r>
            <w:proofErr w:type="spellEnd"/>
            <w:r>
              <w:t xml:space="preserve"> </w:t>
            </w:r>
            <w:proofErr w:type="gramStart"/>
            <w:r>
              <w:t>.............. :</w:t>
            </w:r>
            <w:proofErr w:type="gramEnd"/>
            <w:r w:rsidR="0088782D">
              <w:t xml:space="preserve">                     </w:t>
            </w:r>
            <w:r w:rsidR="00F54518">
              <w:t xml:space="preserve"> </w:t>
            </w:r>
            <w:r w:rsidR="0088782D">
              <w:t xml:space="preserve"> </w:t>
            </w:r>
            <w:r>
              <w:t xml:space="preserve"> ........................ €</w:t>
            </w:r>
          </w:p>
          <w:p w14:paraId="4064B857" w14:textId="47C8F9D1" w:rsidR="00F7208D" w:rsidRDefault="00000000">
            <w:pPr>
              <w:spacing w:after="0"/>
            </w:pPr>
            <w:r>
              <w:br/>
              <w:t xml:space="preserve">Mois </w:t>
            </w:r>
            <w:proofErr w:type="gramStart"/>
            <w:r>
              <w:t>.............. :</w:t>
            </w:r>
            <w:proofErr w:type="gramEnd"/>
            <w:r>
              <w:t xml:space="preserve"> </w:t>
            </w:r>
            <w:r w:rsidR="0088782D">
              <w:t xml:space="preserve">                </w:t>
            </w:r>
            <w:r w:rsidR="00F54518">
              <w:t xml:space="preserve">  </w:t>
            </w:r>
            <w:r w:rsidR="0088782D">
              <w:t xml:space="preserve">     </w:t>
            </w:r>
            <w:r>
              <w:t>........................ €</w:t>
            </w:r>
          </w:p>
          <w:p w14:paraId="4B427D8F" w14:textId="76A6FD47" w:rsidR="00A853CE" w:rsidRDefault="00000000">
            <w:pPr>
              <w:spacing w:after="0"/>
            </w:pPr>
            <w:r>
              <w:br/>
              <w:t xml:space="preserve">Mois </w:t>
            </w:r>
            <w:proofErr w:type="gramStart"/>
            <w:r>
              <w:t>.............. :</w:t>
            </w:r>
            <w:proofErr w:type="gramEnd"/>
            <w:r>
              <w:t xml:space="preserve"> </w:t>
            </w:r>
            <w:r w:rsidR="0088782D">
              <w:t xml:space="preserve">                 </w:t>
            </w:r>
            <w:r w:rsidR="00F54518">
              <w:t xml:space="preserve"> </w:t>
            </w:r>
            <w:r w:rsidR="0088782D">
              <w:t xml:space="preserve">     </w:t>
            </w:r>
            <w:r>
              <w:t>........................ €</w:t>
            </w:r>
          </w:p>
        </w:tc>
        <w:tc>
          <w:tcPr>
            <w:tcW w:w="3996" w:type="dxa"/>
            <w:tcMar>
              <w:top w:w="60" w:type="dxa"/>
              <w:left w:w="85" w:type="dxa"/>
              <w:bottom w:w="60" w:type="dxa"/>
              <w:right w:w="85" w:type="dxa"/>
            </w:tcMar>
            <w:vAlign w:val="center"/>
          </w:tcPr>
          <w:p w14:paraId="7D143257" w14:textId="770A6630" w:rsidR="00F7208D" w:rsidRDefault="00000000">
            <w:pPr>
              <w:spacing w:after="0"/>
            </w:pPr>
            <w:r>
              <w:t xml:space="preserve">Mois </w:t>
            </w:r>
            <w:proofErr w:type="gramStart"/>
            <w:r>
              <w:t>.............. :</w:t>
            </w:r>
            <w:proofErr w:type="gramEnd"/>
            <w:r>
              <w:t xml:space="preserve"> </w:t>
            </w:r>
            <w:r w:rsidR="0088782D">
              <w:t xml:space="preserve">                       </w:t>
            </w:r>
            <w:r>
              <w:t>........................ €</w:t>
            </w:r>
          </w:p>
          <w:p w14:paraId="7F04282C" w14:textId="01048091" w:rsidR="00F7208D" w:rsidRDefault="00000000">
            <w:pPr>
              <w:spacing w:after="0"/>
            </w:pPr>
            <w:r>
              <w:br/>
            </w:r>
            <w:proofErr w:type="spellStart"/>
            <w:r>
              <w:t>Mois</w:t>
            </w:r>
            <w:proofErr w:type="spellEnd"/>
            <w:r>
              <w:t xml:space="preserve"> </w:t>
            </w:r>
            <w:proofErr w:type="gramStart"/>
            <w:r>
              <w:t>.............. :</w:t>
            </w:r>
            <w:proofErr w:type="gramEnd"/>
            <w:r>
              <w:t xml:space="preserve"> </w:t>
            </w:r>
            <w:r w:rsidR="00F54518">
              <w:t xml:space="preserve">                       </w:t>
            </w:r>
            <w:r>
              <w:t>........................ €</w:t>
            </w:r>
          </w:p>
          <w:p w14:paraId="50D7BEB9" w14:textId="2E3714F6" w:rsidR="00A853CE" w:rsidRDefault="00000000">
            <w:pPr>
              <w:spacing w:after="0"/>
            </w:pPr>
            <w:r>
              <w:br/>
              <w:t xml:space="preserve">Mois </w:t>
            </w:r>
            <w:proofErr w:type="gramStart"/>
            <w:r>
              <w:t>.............. :</w:t>
            </w:r>
            <w:proofErr w:type="gramEnd"/>
            <w:r w:rsidR="00F54518">
              <w:t xml:space="preserve">                       </w:t>
            </w:r>
            <w:r>
              <w:t xml:space="preserve"> ........................ €</w:t>
            </w:r>
          </w:p>
        </w:tc>
      </w:tr>
      <w:tr w:rsidR="00A853CE" w14:paraId="259EFEFB" w14:textId="77777777" w:rsidTr="00241B6C">
        <w:trPr>
          <w:cantSplit/>
          <w:trHeight w:val="491"/>
          <w:jc w:val="center"/>
        </w:trPr>
        <w:tc>
          <w:tcPr>
            <w:tcW w:w="2664" w:type="dxa"/>
            <w:tcMar>
              <w:top w:w="60" w:type="dxa"/>
              <w:left w:w="85" w:type="dxa"/>
              <w:bottom w:w="60" w:type="dxa"/>
              <w:right w:w="85" w:type="dxa"/>
            </w:tcMar>
            <w:vAlign w:val="center"/>
          </w:tcPr>
          <w:p w14:paraId="11D96469" w14:textId="026D42BA" w:rsidR="00A853CE" w:rsidRPr="003B08E6" w:rsidRDefault="00000000">
            <w:pPr>
              <w:spacing w:after="0"/>
              <w:rPr>
                <w:lang w:val="fr-BE"/>
              </w:rPr>
            </w:pPr>
            <w:r w:rsidRPr="003B08E6">
              <w:rPr>
                <w:b/>
                <w:lang w:val="fr-BE"/>
              </w:rPr>
              <w:t xml:space="preserve">Prime </w:t>
            </w:r>
            <w:r w:rsidR="00F7208D" w:rsidRPr="003B08E6">
              <w:rPr>
                <w:b/>
                <w:lang w:val="fr-BE"/>
              </w:rPr>
              <w:t>fin d’année /</w:t>
            </w:r>
            <w:r w:rsidRPr="003B08E6">
              <w:rPr>
                <w:b/>
                <w:lang w:val="fr-BE"/>
              </w:rPr>
              <w:t xml:space="preserve"> 13e mois</w:t>
            </w:r>
          </w:p>
        </w:tc>
        <w:tc>
          <w:tcPr>
            <w:tcW w:w="3996" w:type="dxa"/>
            <w:tcMar>
              <w:top w:w="60" w:type="dxa"/>
              <w:left w:w="85" w:type="dxa"/>
              <w:bottom w:w="60" w:type="dxa"/>
              <w:right w:w="85" w:type="dxa"/>
            </w:tcMar>
            <w:vAlign w:val="center"/>
          </w:tcPr>
          <w:p w14:paraId="5BEDBB31" w14:textId="77777777" w:rsidR="00A853CE" w:rsidRDefault="00000000">
            <w:pPr>
              <w:spacing w:after="0"/>
            </w:pPr>
            <w:r>
              <w:t xml:space="preserve">☐ Non   ☐ </w:t>
            </w:r>
            <w:proofErr w:type="gramStart"/>
            <w:r>
              <w:t>Oui :</w:t>
            </w:r>
            <w:proofErr w:type="gramEnd"/>
            <w:r>
              <w:t xml:space="preserve"> ........................ €</w:t>
            </w:r>
          </w:p>
        </w:tc>
        <w:tc>
          <w:tcPr>
            <w:tcW w:w="3996" w:type="dxa"/>
            <w:tcMar>
              <w:top w:w="60" w:type="dxa"/>
              <w:left w:w="85" w:type="dxa"/>
              <w:bottom w:w="60" w:type="dxa"/>
              <w:right w:w="85" w:type="dxa"/>
            </w:tcMar>
            <w:vAlign w:val="center"/>
          </w:tcPr>
          <w:p w14:paraId="4A331AFB" w14:textId="77777777" w:rsidR="00A853CE" w:rsidRDefault="00000000">
            <w:pPr>
              <w:spacing w:after="0"/>
            </w:pPr>
            <w:r>
              <w:t>☐ Non   ☐ Oui : ........................ €</w:t>
            </w:r>
          </w:p>
        </w:tc>
      </w:tr>
    </w:tbl>
    <w:p w14:paraId="61B4228C" w14:textId="77777777" w:rsidR="00A853CE" w:rsidRDefault="00000000">
      <w:r>
        <w:br w:type="page"/>
      </w:r>
    </w:p>
    <w:p w14:paraId="569E4420" w14:textId="77777777" w:rsidR="00A853CE" w:rsidRDefault="00000000">
      <w:pPr>
        <w:keepNext/>
        <w:spacing w:before="120" w:after="60"/>
      </w:pPr>
      <w:r>
        <w:rPr>
          <w:b/>
          <w:sz w:val="20"/>
        </w:rPr>
        <w:lastRenderedPageBreak/>
        <w:t>4  Composition du ménage</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664"/>
        <w:gridCol w:w="7992"/>
      </w:tblGrid>
      <w:tr w:rsidR="00A853CE" w:rsidRPr="003B08E6" w14:paraId="2C8A9717" w14:textId="77777777" w:rsidTr="00A13653">
        <w:trPr>
          <w:cantSplit/>
          <w:trHeight w:val="340"/>
          <w:jc w:val="center"/>
        </w:trPr>
        <w:tc>
          <w:tcPr>
            <w:tcW w:w="2664" w:type="dxa"/>
            <w:tcMar>
              <w:top w:w="60" w:type="dxa"/>
              <w:left w:w="85" w:type="dxa"/>
              <w:bottom w:w="60" w:type="dxa"/>
              <w:right w:w="85" w:type="dxa"/>
            </w:tcMar>
            <w:vAlign w:val="center"/>
          </w:tcPr>
          <w:p w14:paraId="10A875B7" w14:textId="77777777" w:rsidR="00A853CE" w:rsidRDefault="00000000">
            <w:pPr>
              <w:spacing w:after="0"/>
            </w:pPr>
            <w:r>
              <w:rPr>
                <w:b/>
              </w:rPr>
              <w:t>Occupants</w:t>
            </w:r>
          </w:p>
        </w:tc>
        <w:tc>
          <w:tcPr>
            <w:tcW w:w="7992" w:type="dxa"/>
            <w:tcMar>
              <w:top w:w="60" w:type="dxa"/>
              <w:left w:w="85" w:type="dxa"/>
              <w:bottom w:w="60" w:type="dxa"/>
              <w:right w:w="85" w:type="dxa"/>
            </w:tcMar>
            <w:vAlign w:val="center"/>
          </w:tcPr>
          <w:p w14:paraId="29B8AB26" w14:textId="362E6826" w:rsidR="00A853CE" w:rsidRPr="003B08E6" w:rsidRDefault="00000000">
            <w:pPr>
              <w:spacing w:after="0"/>
              <w:rPr>
                <w:lang w:val="fr-BE"/>
              </w:rPr>
            </w:pPr>
            <w:r w:rsidRPr="003B08E6">
              <w:rPr>
                <w:lang w:val="fr-BE"/>
              </w:rPr>
              <w:t xml:space="preserve">Total : </w:t>
            </w:r>
            <w:r w:rsidR="00124AE8" w:rsidRPr="003B08E6">
              <w:rPr>
                <w:lang w:val="fr-BE"/>
              </w:rPr>
              <w:t xml:space="preserve">                       </w:t>
            </w:r>
            <w:r w:rsidRPr="003B08E6">
              <w:rPr>
                <w:lang w:val="fr-BE"/>
              </w:rPr>
              <w:t xml:space="preserve">Adultes : </w:t>
            </w:r>
            <w:r w:rsidR="00124AE8" w:rsidRPr="003B08E6">
              <w:rPr>
                <w:lang w:val="fr-BE"/>
              </w:rPr>
              <w:t xml:space="preserve">                  </w:t>
            </w:r>
            <w:r w:rsidRPr="003B08E6">
              <w:rPr>
                <w:lang w:val="fr-BE"/>
              </w:rPr>
              <w:t xml:space="preserve">Enfants : </w:t>
            </w:r>
            <w:r w:rsidR="00124AE8" w:rsidRPr="003B08E6">
              <w:rPr>
                <w:lang w:val="fr-BE"/>
              </w:rPr>
              <w:t xml:space="preserve">                   </w:t>
            </w:r>
            <w:r w:rsidRPr="003B08E6">
              <w:rPr>
                <w:lang w:val="fr-BE"/>
              </w:rPr>
              <w:t xml:space="preserve">Âge(s) : </w:t>
            </w:r>
          </w:p>
        </w:tc>
      </w:tr>
      <w:tr w:rsidR="00A853CE" w14:paraId="0F64B3E7" w14:textId="77777777" w:rsidTr="00A13653">
        <w:trPr>
          <w:cantSplit/>
          <w:trHeight w:val="445"/>
          <w:jc w:val="center"/>
        </w:trPr>
        <w:tc>
          <w:tcPr>
            <w:tcW w:w="2664" w:type="dxa"/>
            <w:tcMar>
              <w:top w:w="60" w:type="dxa"/>
              <w:left w:w="85" w:type="dxa"/>
              <w:bottom w:w="60" w:type="dxa"/>
              <w:right w:w="85" w:type="dxa"/>
            </w:tcMar>
            <w:vAlign w:val="center"/>
          </w:tcPr>
          <w:p w14:paraId="5BD30F5E" w14:textId="77777777" w:rsidR="00A853CE" w:rsidRDefault="00000000">
            <w:pPr>
              <w:spacing w:after="0"/>
            </w:pPr>
            <w:proofErr w:type="spellStart"/>
            <w:r>
              <w:rPr>
                <w:b/>
              </w:rPr>
              <w:t>Autres</w:t>
            </w:r>
            <w:proofErr w:type="spellEnd"/>
            <w:r>
              <w:rPr>
                <w:b/>
              </w:rPr>
              <w:t xml:space="preserve"> occupants </w:t>
            </w:r>
            <w:proofErr w:type="spellStart"/>
            <w:r>
              <w:rPr>
                <w:b/>
              </w:rPr>
              <w:t>prévus</w:t>
            </w:r>
            <w:proofErr w:type="spellEnd"/>
          </w:p>
        </w:tc>
        <w:tc>
          <w:tcPr>
            <w:tcW w:w="7992" w:type="dxa"/>
            <w:tcMar>
              <w:top w:w="60" w:type="dxa"/>
              <w:left w:w="85" w:type="dxa"/>
              <w:bottom w:w="60" w:type="dxa"/>
              <w:right w:w="85" w:type="dxa"/>
            </w:tcMar>
            <w:vAlign w:val="center"/>
          </w:tcPr>
          <w:p w14:paraId="4B0163F6" w14:textId="4C8A828B" w:rsidR="00A853CE" w:rsidRDefault="00000000">
            <w:pPr>
              <w:spacing w:after="0"/>
            </w:pPr>
            <w:r>
              <w:t xml:space="preserve">Nom / </w:t>
            </w:r>
            <w:proofErr w:type="gramStart"/>
            <w:r>
              <w:t>lien :</w:t>
            </w:r>
            <w:proofErr w:type="gramEnd"/>
            <w:r>
              <w:t xml:space="preserve"> </w:t>
            </w:r>
          </w:p>
        </w:tc>
      </w:tr>
      <w:tr w:rsidR="00A853CE" w14:paraId="5794DA0B" w14:textId="77777777" w:rsidTr="0034437F">
        <w:trPr>
          <w:cantSplit/>
          <w:trHeight w:val="571"/>
          <w:jc w:val="center"/>
        </w:trPr>
        <w:tc>
          <w:tcPr>
            <w:tcW w:w="2664" w:type="dxa"/>
            <w:tcMar>
              <w:top w:w="60" w:type="dxa"/>
              <w:left w:w="85" w:type="dxa"/>
              <w:bottom w:w="60" w:type="dxa"/>
              <w:right w:w="85" w:type="dxa"/>
            </w:tcMar>
            <w:vAlign w:val="center"/>
          </w:tcPr>
          <w:p w14:paraId="25566F19" w14:textId="77777777" w:rsidR="00A853CE" w:rsidRDefault="00000000">
            <w:pPr>
              <w:spacing w:after="0"/>
            </w:pPr>
            <w:proofErr w:type="spellStart"/>
            <w:r>
              <w:rPr>
                <w:b/>
              </w:rPr>
              <w:t>Animaux</w:t>
            </w:r>
            <w:proofErr w:type="spellEnd"/>
            <w:r>
              <w:rPr>
                <w:b/>
              </w:rPr>
              <w:t xml:space="preserve"> et </w:t>
            </w:r>
            <w:proofErr w:type="spellStart"/>
            <w:r>
              <w:rPr>
                <w:b/>
              </w:rPr>
              <w:t>fumeurs</w:t>
            </w:r>
            <w:proofErr w:type="spellEnd"/>
          </w:p>
        </w:tc>
        <w:tc>
          <w:tcPr>
            <w:tcW w:w="7992" w:type="dxa"/>
            <w:tcMar>
              <w:top w:w="60" w:type="dxa"/>
              <w:left w:w="85" w:type="dxa"/>
              <w:bottom w:w="60" w:type="dxa"/>
              <w:right w:w="85" w:type="dxa"/>
            </w:tcMar>
            <w:vAlign w:val="center"/>
          </w:tcPr>
          <w:p w14:paraId="70B493B5" w14:textId="77777777" w:rsidR="00124AE8" w:rsidRPr="003B08E6" w:rsidRDefault="00000000">
            <w:pPr>
              <w:spacing w:after="0"/>
              <w:rPr>
                <w:lang w:val="fr-BE"/>
              </w:rPr>
            </w:pPr>
            <w:r w:rsidRPr="003B08E6">
              <w:rPr>
                <w:lang w:val="fr-BE"/>
              </w:rPr>
              <w:t xml:space="preserve">Animaux : ☐ </w:t>
            </w:r>
            <w:proofErr w:type="gramStart"/>
            <w:r w:rsidRPr="003B08E6">
              <w:rPr>
                <w:lang w:val="fr-BE"/>
              </w:rPr>
              <w:t>Non  ☐</w:t>
            </w:r>
            <w:proofErr w:type="gramEnd"/>
            <w:r w:rsidRPr="003B08E6">
              <w:rPr>
                <w:lang w:val="fr-BE"/>
              </w:rPr>
              <w:t xml:space="preserve"> Oui — type / nombre : </w:t>
            </w:r>
          </w:p>
          <w:p w14:paraId="7FF0E52D" w14:textId="17D565F1" w:rsidR="00A853CE" w:rsidRDefault="00000000">
            <w:pPr>
              <w:spacing w:after="0"/>
            </w:pPr>
            <w:r w:rsidRPr="003B08E6">
              <w:rPr>
                <w:lang w:val="fr-BE"/>
              </w:rPr>
              <w:br/>
            </w:r>
            <w:proofErr w:type="spellStart"/>
            <w:r>
              <w:t>Fumeur</w:t>
            </w:r>
            <w:proofErr w:type="spellEnd"/>
            <w:r>
              <w:t>(s</w:t>
            </w:r>
            <w:proofErr w:type="gramStart"/>
            <w:r>
              <w:t>) :</w:t>
            </w:r>
            <w:proofErr w:type="gramEnd"/>
            <w:r>
              <w:t xml:space="preserve"> ☐ </w:t>
            </w:r>
            <w:proofErr w:type="gramStart"/>
            <w:r>
              <w:t>Non  ☐</w:t>
            </w:r>
            <w:proofErr w:type="gramEnd"/>
            <w:r>
              <w:t xml:space="preserve"> Oui</w:t>
            </w:r>
          </w:p>
        </w:tc>
      </w:tr>
    </w:tbl>
    <w:p w14:paraId="047DCB04" w14:textId="77777777" w:rsidR="00A853CE" w:rsidRDefault="00000000">
      <w:pPr>
        <w:keepNext/>
        <w:spacing w:before="120" w:after="60"/>
      </w:pPr>
      <w:proofErr w:type="gramStart"/>
      <w:r>
        <w:rPr>
          <w:b/>
          <w:sz w:val="20"/>
        </w:rPr>
        <w:t>5  Situation</w:t>
      </w:r>
      <w:proofErr w:type="gramEnd"/>
      <w:r>
        <w:rPr>
          <w:b/>
          <w:sz w:val="20"/>
        </w:rPr>
        <w:t xml:space="preserve"> locative </w:t>
      </w:r>
      <w:proofErr w:type="spellStart"/>
      <w:r>
        <w:rPr>
          <w:b/>
          <w:sz w:val="20"/>
        </w:rPr>
        <w:t>actuelle</w:t>
      </w:r>
      <w:proofErr w:type="spellEnd"/>
      <w:r>
        <w:rPr>
          <w:b/>
          <w:sz w:val="20"/>
        </w:rPr>
        <w:t xml:space="preserve"> et </w:t>
      </w:r>
      <w:proofErr w:type="spellStart"/>
      <w:r>
        <w:rPr>
          <w:b/>
          <w:sz w:val="20"/>
        </w:rPr>
        <w:t>références</w:t>
      </w:r>
      <w:proofErr w:type="spellEnd"/>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664"/>
        <w:gridCol w:w="7992"/>
      </w:tblGrid>
      <w:tr w:rsidR="00A853CE" w14:paraId="0F1C28EA" w14:textId="77777777" w:rsidTr="0034437F">
        <w:trPr>
          <w:cantSplit/>
          <w:trHeight w:val="445"/>
          <w:jc w:val="center"/>
        </w:trPr>
        <w:tc>
          <w:tcPr>
            <w:tcW w:w="2664" w:type="dxa"/>
            <w:tcMar>
              <w:top w:w="60" w:type="dxa"/>
              <w:left w:w="85" w:type="dxa"/>
              <w:bottom w:w="60" w:type="dxa"/>
              <w:right w:w="85" w:type="dxa"/>
            </w:tcMar>
            <w:vAlign w:val="center"/>
          </w:tcPr>
          <w:p w14:paraId="68E204F5" w14:textId="77777777" w:rsidR="00A853CE" w:rsidRDefault="00000000">
            <w:pPr>
              <w:spacing w:after="0"/>
            </w:pPr>
            <w:proofErr w:type="spellStart"/>
            <w:r>
              <w:rPr>
                <w:b/>
              </w:rPr>
              <w:t>Statut</w:t>
            </w:r>
            <w:proofErr w:type="spellEnd"/>
            <w:r>
              <w:rPr>
                <w:b/>
              </w:rPr>
              <w:t xml:space="preserve"> </w:t>
            </w:r>
            <w:proofErr w:type="spellStart"/>
            <w:r>
              <w:rPr>
                <w:b/>
              </w:rPr>
              <w:t>actuel</w:t>
            </w:r>
            <w:proofErr w:type="spellEnd"/>
          </w:p>
        </w:tc>
        <w:tc>
          <w:tcPr>
            <w:tcW w:w="7992" w:type="dxa"/>
            <w:tcMar>
              <w:top w:w="60" w:type="dxa"/>
              <w:left w:w="85" w:type="dxa"/>
              <w:bottom w:w="60" w:type="dxa"/>
              <w:right w:w="85" w:type="dxa"/>
            </w:tcMar>
            <w:vAlign w:val="center"/>
          </w:tcPr>
          <w:p w14:paraId="41E52729" w14:textId="77777777" w:rsidR="00A853CE" w:rsidRDefault="00000000">
            <w:pPr>
              <w:spacing w:after="0"/>
            </w:pPr>
            <w:r>
              <w:t>☐ Locataire   ☐ Propriétaire   ☐ Hébergé   ☐ Autre : ........................................</w:t>
            </w:r>
          </w:p>
        </w:tc>
      </w:tr>
      <w:tr w:rsidR="00A853CE" w14:paraId="34017A0B" w14:textId="77777777" w:rsidTr="0034437F">
        <w:trPr>
          <w:cantSplit/>
          <w:trHeight w:val="722"/>
          <w:jc w:val="center"/>
        </w:trPr>
        <w:tc>
          <w:tcPr>
            <w:tcW w:w="2664" w:type="dxa"/>
            <w:tcMar>
              <w:top w:w="60" w:type="dxa"/>
              <w:left w:w="85" w:type="dxa"/>
              <w:bottom w:w="60" w:type="dxa"/>
              <w:right w:w="85" w:type="dxa"/>
            </w:tcMar>
            <w:vAlign w:val="center"/>
          </w:tcPr>
          <w:p w14:paraId="465A4464" w14:textId="77777777" w:rsidR="00A853CE" w:rsidRDefault="00000000">
            <w:pPr>
              <w:spacing w:after="0"/>
            </w:pPr>
            <w:proofErr w:type="spellStart"/>
            <w:r>
              <w:rPr>
                <w:b/>
              </w:rPr>
              <w:t>Bailleur</w:t>
            </w:r>
            <w:proofErr w:type="spellEnd"/>
            <w:r>
              <w:rPr>
                <w:b/>
              </w:rPr>
              <w:t xml:space="preserve"> / agence actuel(le)</w:t>
            </w:r>
          </w:p>
        </w:tc>
        <w:tc>
          <w:tcPr>
            <w:tcW w:w="7992" w:type="dxa"/>
            <w:tcMar>
              <w:top w:w="60" w:type="dxa"/>
              <w:left w:w="85" w:type="dxa"/>
              <w:bottom w:w="60" w:type="dxa"/>
              <w:right w:w="85" w:type="dxa"/>
            </w:tcMar>
            <w:vAlign w:val="center"/>
          </w:tcPr>
          <w:p w14:paraId="26B67F76" w14:textId="56857DB0" w:rsidR="0034437F" w:rsidRDefault="00000000">
            <w:pPr>
              <w:spacing w:after="0"/>
            </w:pPr>
            <w:proofErr w:type="gramStart"/>
            <w:r>
              <w:t>Nom :</w:t>
            </w:r>
            <w:proofErr w:type="gramEnd"/>
            <w:r>
              <w:t xml:space="preserve"> </w:t>
            </w:r>
            <w:r w:rsidR="00124AE8">
              <w:t xml:space="preserve">                                                              </w:t>
            </w:r>
            <w:proofErr w:type="spellStart"/>
            <w:r>
              <w:t>Tél</w:t>
            </w:r>
            <w:proofErr w:type="spellEnd"/>
            <w:proofErr w:type="gramStart"/>
            <w:r>
              <w:t>. :</w:t>
            </w:r>
            <w:proofErr w:type="gramEnd"/>
            <w:r>
              <w:t xml:space="preserve"> </w:t>
            </w:r>
          </w:p>
          <w:p w14:paraId="0FFE90B0" w14:textId="2B9A3405" w:rsidR="00A853CE" w:rsidRDefault="00000000">
            <w:pPr>
              <w:spacing w:after="0"/>
            </w:pPr>
            <w:r>
              <w:br/>
              <w:t xml:space="preserve">Depuis </w:t>
            </w:r>
            <w:proofErr w:type="gramStart"/>
            <w:r>
              <w:t>quand ?</w:t>
            </w:r>
            <w:proofErr w:type="gramEnd"/>
            <w:r>
              <w:t xml:space="preserve"> </w:t>
            </w:r>
          </w:p>
        </w:tc>
      </w:tr>
      <w:tr w:rsidR="00A853CE" w14:paraId="3C4399E8" w14:textId="77777777" w:rsidTr="0034437F">
        <w:trPr>
          <w:cantSplit/>
          <w:trHeight w:val="721"/>
          <w:jc w:val="center"/>
        </w:trPr>
        <w:tc>
          <w:tcPr>
            <w:tcW w:w="2664" w:type="dxa"/>
            <w:tcMar>
              <w:top w:w="60" w:type="dxa"/>
              <w:left w:w="85" w:type="dxa"/>
              <w:bottom w:w="60" w:type="dxa"/>
              <w:right w:w="85" w:type="dxa"/>
            </w:tcMar>
            <w:vAlign w:val="center"/>
          </w:tcPr>
          <w:p w14:paraId="37B3C420" w14:textId="77777777" w:rsidR="00A853CE" w:rsidRDefault="00000000">
            <w:pPr>
              <w:spacing w:after="0"/>
            </w:pPr>
            <w:proofErr w:type="spellStart"/>
            <w:r>
              <w:rPr>
                <w:b/>
              </w:rPr>
              <w:t>Préavis</w:t>
            </w:r>
            <w:proofErr w:type="spellEnd"/>
            <w:r>
              <w:rPr>
                <w:b/>
              </w:rPr>
              <w:t xml:space="preserve"> et </w:t>
            </w:r>
            <w:proofErr w:type="spellStart"/>
            <w:r>
              <w:rPr>
                <w:b/>
              </w:rPr>
              <w:t>ancien</w:t>
            </w:r>
            <w:proofErr w:type="spellEnd"/>
            <w:r>
              <w:rPr>
                <w:b/>
              </w:rPr>
              <w:t xml:space="preserve"> </w:t>
            </w:r>
            <w:proofErr w:type="spellStart"/>
            <w:r>
              <w:rPr>
                <w:b/>
              </w:rPr>
              <w:t>bailleur</w:t>
            </w:r>
            <w:proofErr w:type="spellEnd"/>
          </w:p>
        </w:tc>
        <w:tc>
          <w:tcPr>
            <w:tcW w:w="7992" w:type="dxa"/>
            <w:tcMar>
              <w:top w:w="60" w:type="dxa"/>
              <w:left w:w="85" w:type="dxa"/>
              <w:bottom w:w="60" w:type="dxa"/>
              <w:right w:w="85" w:type="dxa"/>
            </w:tcMar>
            <w:vAlign w:val="center"/>
          </w:tcPr>
          <w:p w14:paraId="4F7134E1" w14:textId="77777777" w:rsidR="0034437F" w:rsidRPr="003B08E6" w:rsidRDefault="00000000">
            <w:pPr>
              <w:spacing w:after="0"/>
              <w:rPr>
                <w:lang w:val="fr-BE"/>
              </w:rPr>
            </w:pPr>
            <w:r w:rsidRPr="003B08E6">
              <w:rPr>
                <w:lang w:val="fr-BE"/>
              </w:rPr>
              <w:t xml:space="preserve">Préavis donné : ☐ </w:t>
            </w:r>
            <w:proofErr w:type="gramStart"/>
            <w:r w:rsidRPr="003B08E6">
              <w:rPr>
                <w:lang w:val="fr-BE"/>
              </w:rPr>
              <w:t>Non  ☐</w:t>
            </w:r>
            <w:proofErr w:type="gramEnd"/>
            <w:r w:rsidRPr="003B08E6">
              <w:rPr>
                <w:lang w:val="fr-BE"/>
              </w:rPr>
              <w:t xml:space="preserve"> Oui — Date de fin : ....... / ....... / ............</w:t>
            </w:r>
          </w:p>
          <w:p w14:paraId="0677C816" w14:textId="3D18D46C" w:rsidR="00A853CE" w:rsidRDefault="00000000">
            <w:pPr>
              <w:spacing w:after="0"/>
            </w:pPr>
            <w:r w:rsidRPr="003B08E6">
              <w:rPr>
                <w:lang w:val="fr-BE"/>
              </w:rPr>
              <w:br/>
            </w:r>
            <w:proofErr w:type="spellStart"/>
            <w:r>
              <w:t>Ancien</w:t>
            </w:r>
            <w:proofErr w:type="spellEnd"/>
            <w:r>
              <w:t xml:space="preserve"> </w:t>
            </w:r>
            <w:proofErr w:type="spellStart"/>
            <w:proofErr w:type="gramStart"/>
            <w:r>
              <w:t>bailleur</w:t>
            </w:r>
            <w:proofErr w:type="spellEnd"/>
            <w:r>
              <w:t xml:space="preserve"> :</w:t>
            </w:r>
            <w:proofErr w:type="gramEnd"/>
            <w:r>
              <w:t xml:space="preserve"> </w:t>
            </w:r>
            <w:r w:rsidR="008B2596">
              <w:t xml:space="preserve">                                               </w:t>
            </w:r>
            <w:proofErr w:type="spellStart"/>
            <w:r>
              <w:t>Tél</w:t>
            </w:r>
            <w:proofErr w:type="spellEnd"/>
            <w:r>
              <w:t>. :</w:t>
            </w:r>
          </w:p>
        </w:tc>
      </w:tr>
    </w:tbl>
    <w:p w14:paraId="08742FAD" w14:textId="77777777" w:rsidR="00A853CE" w:rsidRDefault="00000000">
      <w:pPr>
        <w:keepNext/>
        <w:spacing w:before="120" w:after="60"/>
      </w:pPr>
      <w:proofErr w:type="gramStart"/>
      <w:r>
        <w:rPr>
          <w:b/>
          <w:sz w:val="20"/>
        </w:rPr>
        <w:t xml:space="preserve">6  </w:t>
      </w:r>
      <w:proofErr w:type="spellStart"/>
      <w:r>
        <w:rPr>
          <w:b/>
          <w:sz w:val="20"/>
        </w:rPr>
        <w:t>Garantie</w:t>
      </w:r>
      <w:proofErr w:type="spellEnd"/>
      <w:proofErr w:type="gramEnd"/>
      <w:r>
        <w:rPr>
          <w:b/>
          <w:sz w:val="20"/>
        </w:rPr>
        <w:t xml:space="preserve"> locative et </w:t>
      </w:r>
      <w:proofErr w:type="spellStart"/>
      <w:r>
        <w:rPr>
          <w:b/>
          <w:sz w:val="20"/>
        </w:rPr>
        <w:t>garant</w:t>
      </w:r>
      <w:proofErr w:type="spellEnd"/>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664"/>
        <w:gridCol w:w="7992"/>
      </w:tblGrid>
      <w:tr w:rsidR="00A853CE" w:rsidRPr="003B08E6" w14:paraId="473909F4" w14:textId="77777777">
        <w:trPr>
          <w:cantSplit/>
          <w:jc w:val="center"/>
        </w:trPr>
        <w:tc>
          <w:tcPr>
            <w:tcW w:w="2664" w:type="dxa"/>
            <w:tcMar>
              <w:top w:w="60" w:type="dxa"/>
              <w:left w:w="85" w:type="dxa"/>
              <w:bottom w:w="60" w:type="dxa"/>
              <w:right w:w="85" w:type="dxa"/>
            </w:tcMar>
            <w:vAlign w:val="center"/>
          </w:tcPr>
          <w:p w14:paraId="6C55C3E1" w14:textId="77777777" w:rsidR="00A853CE" w:rsidRDefault="00000000">
            <w:pPr>
              <w:spacing w:after="0"/>
            </w:pPr>
            <w:r>
              <w:rPr>
                <w:b/>
              </w:rPr>
              <w:t>Garantie envisagée</w:t>
            </w:r>
          </w:p>
        </w:tc>
        <w:tc>
          <w:tcPr>
            <w:tcW w:w="7992" w:type="dxa"/>
            <w:tcMar>
              <w:top w:w="60" w:type="dxa"/>
              <w:left w:w="85" w:type="dxa"/>
              <w:bottom w:w="60" w:type="dxa"/>
              <w:right w:w="85" w:type="dxa"/>
            </w:tcMar>
            <w:vAlign w:val="center"/>
          </w:tcPr>
          <w:p w14:paraId="31488C3F" w14:textId="77777777" w:rsidR="00A853CE" w:rsidRPr="003B08E6" w:rsidRDefault="00000000">
            <w:pPr>
              <w:spacing w:after="0"/>
              <w:rPr>
                <w:lang w:val="fr-BE"/>
              </w:rPr>
            </w:pPr>
            <w:r w:rsidRPr="003B08E6">
              <w:rPr>
                <w:lang w:val="fr-BE"/>
              </w:rPr>
              <w:t>☐ Fonds propres   ☐ CPAS / organisme   ☐ Autre : ........................................</w:t>
            </w:r>
          </w:p>
        </w:tc>
      </w:tr>
      <w:tr w:rsidR="00A853CE" w:rsidRPr="003B08E6" w14:paraId="1161FF73" w14:textId="77777777">
        <w:trPr>
          <w:cantSplit/>
          <w:jc w:val="center"/>
        </w:trPr>
        <w:tc>
          <w:tcPr>
            <w:tcW w:w="2664" w:type="dxa"/>
            <w:tcMar>
              <w:top w:w="60" w:type="dxa"/>
              <w:left w:w="85" w:type="dxa"/>
              <w:bottom w:w="60" w:type="dxa"/>
              <w:right w:w="85" w:type="dxa"/>
            </w:tcMar>
            <w:vAlign w:val="center"/>
          </w:tcPr>
          <w:p w14:paraId="723FB0E7" w14:textId="77777777" w:rsidR="00A853CE" w:rsidRDefault="00000000">
            <w:pPr>
              <w:spacing w:after="0"/>
            </w:pPr>
            <w:r>
              <w:rPr>
                <w:b/>
              </w:rPr>
              <w:t xml:space="preserve">Garant </w:t>
            </w:r>
            <w:proofErr w:type="spellStart"/>
            <w:r>
              <w:rPr>
                <w:b/>
              </w:rPr>
              <w:t>proposé</w:t>
            </w:r>
            <w:proofErr w:type="spellEnd"/>
          </w:p>
        </w:tc>
        <w:tc>
          <w:tcPr>
            <w:tcW w:w="7992" w:type="dxa"/>
            <w:tcMar>
              <w:top w:w="60" w:type="dxa"/>
              <w:left w:w="85" w:type="dxa"/>
              <w:bottom w:w="60" w:type="dxa"/>
              <w:right w:w="85" w:type="dxa"/>
            </w:tcMar>
            <w:vAlign w:val="center"/>
          </w:tcPr>
          <w:p w14:paraId="107270E7" w14:textId="77777777" w:rsidR="00A853CE" w:rsidRPr="003B08E6" w:rsidRDefault="00000000">
            <w:pPr>
              <w:spacing w:after="0"/>
              <w:rPr>
                <w:lang w:val="fr-BE"/>
              </w:rPr>
            </w:pPr>
            <w:r w:rsidRPr="003B08E6">
              <w:rPr>
                <w:lang w:val="fr-BE"/>
              </w:rPr>
              <w:t>☐ Non   ☐ Oui — Si oui, compléter les informations ci-dessous.</w:t>
            </w:r>
          </w:p>
        </w:tc>
      </w:tr>
      <w:tr w:rsidR="00A853CE" w14:paraId="4AAD0560" w14:textId="77777777" w:rsidTr="000702CF">
        <w:trPr>
          <w:cantSplit/>
          <w:trHeight w:val="621"/>
          <w:jc w:val="center"/>
        </w:trPr>
        <w:tc>
          <w:tcPr>
            <w:tcW w:w="2664" w:type="dxa"/>
            <w:tcMar>
              <w:top w:w="60" w:type="dxa"/>
              <w:left w:w="85" w:type="dxa"/>
              <w:bottom w:w="60" w:type="dxa"/>
              <w:right w:w="85" w:type="dxa"/>
            </w:tcMar>
            <w:vAlign w:val="center"/>
          </w:tcPr>
          <w:p w14:paraId="779194B9" w14:textId="77777777" w:rsidR="00A853CE" w:rsidRDefault="00000000">
            <w:pPr>
              <w:spacing w:after="0"/>
            </w:pPr>
            <w:proofErr w:type="spellStart"/>
            <w:r>
              <w:rPr>
                <w:b/>
              </w:rPr>
              <w:t>Identité</w:t>
            </w:r>
            <w:proofErr w:type="spellEnd"/>
            <w:r>
              <w:rPr>
                <w:b/>
              </w:rPr>
              <w:t xml:space="preserve"> et </w:t>
            </w:r>
            <w:proofErr w:type="spellStart"/>
            <w:r>
              <w:rPr>
                <w:b/>
              </w:rPr>
              <w:t>adresse</w:t>
            </w:r>
            <w:proofErr w:type="spellEnd"/>
          </w:p>
        </w:tc>
        <w:tc>
          <w:tcPr>
            <w:tcW w:w="7992" w:type="dxa"/>
            <w:tcMar>
              <w:top w:w="60" w:type="dxa"/>
              <w:left w:w="85" w:type="dxa"/>
              <w:bottom w:w="60" w:type="dxa"/>
              <w:right w:w="85" w:type="dxa"/>
            </w:tcMar>
            <w:vAlign w:val="center"/>
          </w:tcPr>
          <w:p w14:paraId="256C831B" w14:textId="29907343" w:rsidR="000702CF" w:rsidRDefault="00000000">
            <w:pPr>
              <w:spacing w:after="0"/>
            </w:pPr>
            <w:r>
              <w:t xml:space="preserve">Nom et </w:t>
            </w:r>
            <w:proofErr w:type="gramStart"/>
            <w:r>
              <w:t>prénom :</w:t>
            </w:r>
            <w:proofErr w:type="gramEnd"/>
            <w:r>
              <w:t xml:space="preserve"> </w:t>
            </w:r>
          </w:p>
          <w:p w14:paraId="27037505" w14:textId="4EEE5DC7" w:rsidR="00A853CE" w:rsidRDefault="00000000">
            <w:pPr>
              <w:spacing w:after="0"/>
            </w:pPr>
            <w:r>
              <w:br/>
            </w:r>
            <w:proofErr w:type="gramStart"/>
            <w:r>
              <w:t>Adresse :</w:t>
            </w:r>
            <w:proofErr w:type="gramEnd"/>
            <w:r>
              <w:t xml:space="preserve"> .</w:t>
            </w:r>
          </w:p>
        </w:tc>
      </w:tr>
      <w:tr w:rsidR="00A853CE" w:rsidRPr="003B08E6" w14:paraId="3831074C" w14:textId="77777777" w:rsidTr="00832AB0">
        <w:trPr>
          <w:cantSplit/>
          <w:trHeight w:val="359"/>
          <w:jc w:val="center"/>
        </w:trPr>
        <w:tc>
          <w:tcPr>
            <w:tcW w:w="2664" w:type="dxa"/>
            <w:tcMar>
              <w:top w:w="60" w:type="dxa"/>
              <w:left w:w="85" w:type="dxa"/>
              <w:bottom w:w="60" w:type="dxa"/>
              <w:right w:w="85" w:type="dxa"/>
            </w:tcMar>
            <w:vAlign w:val="center"/>
          </w:tcPr>
          <w:p w14:paraId="6AB4156E" w14:textId="77777777" w:rsidR="00A853CE" w:rsidRDefault="00000000">
            <w:pPr>
              <w:spacing w:after="0"/>
            </w:pPr>
            <w:r>
              <w:rPr>
                <w:b/>
              </w:rPr>
              <w:t>Contact et lien</w:t>
            </w:r>
          </w:p>
        </w:tc>
        <w:tc>
          <w:tcPr>
            <w:tcW w:w="7992" w:type="dxa"/>
            <w:tcMar>
              <w:top w:w="60" w:type="dxa"/>
              <w:left w:w="85" w:type="dxa"/>
              <w:bottom w:w="60" w:type="dxa"/>
              <w:right w:w="85" w:type="dxa"/>
            </w:tcMar>
            <w:vAlign w:val="center"/>
          </w:tcPr>
          <w:p w14:paraId="19A709D6" w14:textId="2003C1B9" w:rsidR="00A853CE" w:rsidRPr="003B08E6" w:rsidRDefault="00000000">
            <w:pPr>
              <w:spacing w:after="0"/>
              <w:rPr>
                <w:lang w:val="fr-BE"/>
              </w:rPr>
            </w:pPr>
            <w:r w:rsidRPr="003B08E6">
              <w:rPr>
                <w:lang w:val="fr-BE"/>
              </w:rPr>
              <w:t xml:space="preserve">Tél. : </w:t>
            </w:r>
            <w:r w:rsidR="000702CF" w:rsidRPr="003B08E6">
              <w:rPr>
                <w:lang w:val="fr-BE"/>
              </w:rPr>
              <w:t xml:space="preserve">                                                        </w:t>
            </w:r>
            <w:proofErr w:type="gramStart"/>
            <w:r w:rsidRPr="003B08E6">
              <w:rPr>
                <w:lang w:val="fr-BE"/>
              </w:rPr>
              <w:t>E-mail</w:t>
            </w:r>
            <w:proofErr w:type="gramEnd"/>
            <w:r w:rsidRPr="003B08E6">
              <w:rPr>
                <w:lang w:val="fr-BE"/>
              </w:rPr>
              <w:t xml:space="preserve"> : </w:t>
            </w:r>
            <w:r w:rsidRPr="003B08E6">
              <w:rPr>
                <w:lang w:val="fr-BE"/>
              </w:rPr>
              <w:br/>
              <w:t xml:space="preserve">Lien avec le(s) candidat(s) : </w:t>
            </w:r>
          </w:p>
        </w:tc>
      </w:tr>
      <w:tr w:rsidR="00A853CE" w:rsidRPr="003B08E6" w14:paraId="4AA5F6C9" w14:textId="77777777" w:rsidTr="000702CF">
        <w:trPr>
          <w:cantSplit/>
          <w:trHeight w:val="685"/>
          <w:jc w:val="center"/>
        </w:trPr>
        <w:tc>
          <w:tcPr>
            <w:tcW w:w="2664" w:type="dxa"/>
            <w:tcMar>
              <w:top w:w="60" w:type="dxa"/>
              <w:left w:w="85" w:type="dxa"/>
              <w:bottom w:w="60" w:type="dxa"/>
              <w:right w:w="85" w:type="dxa"/>
            </w:tcMar>
            <w:vAlign w:val="center"/>
          </w:tcPr>
          <w:p w14:paraId="4BF1BD0F" w14:textId="77777777" w:rsidR="00A853CE" w:rsidRDefault="00000000">
            <w:pPr>
              <w:spacing w:after="0"/>
            </w:pPr>
            <w:proofErr w:type="spellStart"/>
            <w:r>
              <w:rPr>
                <w:b/>
              </w:rPr>
              <w:t>Statut</w:t>
            </w:r>
            <w:proofErr w:type="spellEnd"/>
            <w:r>
              <w:rPr>
                <w:b/>
              </w:rPr>
              <w:t xml:space="preserve"> </w:t>
            </w:r>
            <w:proofErr w:type="spellStart"/>
            <w:r>
              <w:rPr>
                <w:b/>
              </w:rPr>
              <w:t>professionnel</w:t>
            </w:r>
            <w:proofErr w:type="spellEnd"/>
          </w:p>
        </w:tc>
        <w:tc>
          <w:tcPr>
            <w:tcW w:w="7992" w:type="dxa"/>
            <w:tcMar>
              <w:top w:w="60" w:type="dxa"/>
              <w:left w:w="85" w:type="dxa"/>
              <w:bottom w:w="60" w:type="dxa"/>
              <w:right w:w="85" w:type="dxa"/>
            </w:tcMar>
            <w:vAlign w:val="center"/>
          </w:tcPr>
          <w:p w14:paraId="13EEC91C" w14:textId="77777777" w:rsidR="00A853CE" w:rsidRPr="003B08E6" w:rsidRDefault="00000000">
            <w:pPr>
              <w:spacing w:after="0"/>
              <w:rPr>
                <w:lang w:val="fr-BE"/>
              </w:rPr>
            </w:pPr>
            <w:r w:rsidRPr="003B08E6">
              <w:rPr>
                <w:lang w:val="fr-BE"/>
              </w:rPr>
              <w:t xml:space="preserve">☐ </w:t>
            </w:r>
            <w:proofErr w:type="gramStart"/>
            <w:r w:rsidRPr="003B08E6">
              <w:rPr>
                <w:lang w:val="fr-BE"/>
              </w:rPr>
              <w:t>Employé  ☐</w:t>
            </w:r>
            <w:proofErr w:type="gramEnd"/>
            <w:r w:rsidRPr="003B08E6">
              <w:rPr>
                <w:lang w:val="fr-BE"/>
              </w:rPr>
              <w:t xml:space="preserve"> </w:t>
            </w:r>
            <w:proofErr w:type="gramStart"/>
            <w:r w:rsidRPr="003B08E6">
              <w:rPr>
                <w:lang w:val="fr-BE"/>
              </w:rPr>
              <w:t>Ouvrier  ☐</w:t>
            </w:r>
            <w:proofErr w:type="gramEnd"/>
            <w:r w:rsidRPr="003B08E6">
              <w:rPr>
                <w:lang w:val="fr-BE"/>
              </w:rPr>
              <w:t xml:space="preserve"> </w:t>
            </w:r>
            <w:proofErr w:type="gramStart"/>
            <w:r w:rsidRPr="003B08E6">
              <w:rPr>
                <w:lang w:val="fr-BE"/>
              </w:rPr>
              <w:t>Fonctionnaire  ☐</w:t>
            </w:r>
            <w:proofErr w:type="gramEnd"/>
            <w:r w:rsidRPr="003B08E6">
              <w:rPr>
                <w:lang w:val="fr-BE"/>
              </w:rPr>
              <w:t xml:space="preserve"> Indépendant</w:t>
            </w:r>
            <w:r w:rsidRPr="003B08E6">
              <w:rPr>
                <w:lang w:val="fr-BE"/>
              </w:rPr>
              <w:br/>
              <w:t xml:space="preserve">☐ </w:t>
            </w:r>
            <w:proofErr w:type="gramStart"/>
            <w:r w:rsidRPr="003B08E6">
              <w:rPr>
                <w:lang w:val="fr-BE"/>
              </w:rPr>
              <w:t>Pensionné  ☐</w:t>
            </w:r>
            <w:proofErr w:type="gramEnd"/>
            <w:r w:rsidRPr="003B08E6">
              <w:rPr>
                <w:lang w:val="fr-BE"/>
              </w:rPr>
              <w:t xml:space="preserve"> Autre : ...................................................................................</w:t>
            </w:r>
          </w:p>
        </w:tc>
      </w:tr>
      <w:tr w:rsidR="00A853CE" w14:paraId="2FD941B1" w14:textId="77777777" w:rsidTr="00832AB0">
        <w:trPr>
          <w:cantSplit/>
          <w:trHeight w:val="562"/>
          <w:jc w:val="center"/>
        </w:trPr>
        <w:tc>
          <w:tcPr>
            <w:tcW w:w="2664" w:type="dxa"/>
            <w:tcMar>
              <w:top w:w="60" w:type="dxa"/>
              <w:left w:w="85" w:type="dxa"/>
              <w:bottom w:w="60" w:type="dxa"/>
              <w:right w:w="85" w:type="dxa"/>
            </w:tcMar>
            <w:vAlign w:val="center"/>
          </w:tcPr>
          <w:p w14:paraId="5BF95F06" w14:textId="77777777" w:rsidR="00A853CE" w:rsidRDefault="00000000">
            <w:pPr>
              <w:spacing w:after="0"/>
            </w:pPr>
            <w:proofErr w:type="spellStart"/>
            <w:r>
              <w:rPr>
                <w:b/>
              </w:rPr>
              <w:t>Employeur</w:t>
            </w:r>
            <w:proofErr w:type="spellEnd"/>
            <w:r>
              <w:rPr>
                <w:b/>
              </w:rPr>
              <w:t xml:space="preserve"> et </w:t>
            </w:r>
            <w:proofErr w:type="spellStart"/>
            <w:r>
              <w:rPr>
                <w:b/>
              </w:rPr>
              <w:t>revenus</w:t>
            </w:r>
            <w:proofErr w:type="spellEnd"/>
          </w:p>
        </w:tc>
        <w:tc>
          <w:tcPr>
            <w:tcW w:w="7992" w:type="dxa"/>
            <w:tcMar>
              <w:top w:w="60" w:type="dxa"/>
              <w:left w:w="85" w:type="dxa"/>
              <w:bottom w:w="60" w:type="dxa"/>
              <w:right w:w="85" w:type="dxa"/>
            </w:tcMar>
            <w:vAlign w:val="center"/>
          </w:tcPr>
          <w:p w14:paraId="28CDE4FD" w14:textId="4B2B8A35" w:rsidR="000702CF" w:rsidRPr="003B08E6" w:rsidRDefault="00000000">
            <w:pPr>
              <w:spacing w:after="0"/>
              <w:rPr>
                <w:lang w:val="fr-BE"/>
              </w:rPr>
            </w:pPr>
            <w:r w:rsidRPr="003B08E6">
              <w:rPr>
                <w:lang w:val="fr-BE"/>
              </w:rPr>
              <w:t xml:space="preserve">Employeur </w:t>
            </w:r>
            <w:r w:rsidR="000702CF" w:rsidRPr="003B08E6">
              <w:rPr>
                <w:lang w:val="fr-BE"/>
              </w:rPr>
              <w:t>ou</w:t>
            </w:r>
            <w:r w:rsidRPr="003B08E6">
              <w:rPr>
                <w:lang w:val="fr-BE"/>
              </w:rPr>
              <w:t xml:space="preserve"> organisme payeur :</w:t>
            </w:r>
            <w:r w:rsidR="00124AE8" w:rsidRPr="003B08E6">
              <w:rPr>
                <w:lang w:val="fr-BE"/>
              </w:rPr>
              <w:t xml:space="preserve"> </w:t>
            </w:r>
          </w:p>
          <w:p w14:paraId="6140A696" w14:textId="0843B6F1" w:rsidR="00A853CE" w:rsidRDefault="00000000">
            <w:pPr>
              <w:spacing w:after="0"/>
            </w:pPr>
            <w:r w:rsidRPr="003B08E6">
              <w:rPr>
                <w:lang w:val="fr-BE"/>
              </w:rPr>
              <w:t xml:space="preserve">Revenus nets mensuels : .................................. </w:t>
            </w:r>
            <w:r>
              <w:t xml:space="preserve">€ / </w:t>
            </w:r>
            <w:proofErr w:type="spellStart"/>
            <w:r>
              <w:t>mois</w:t>
            </w:r>
            <w:proofErr w:type="spellEnd"/>
          </w:p>
          <w:p w14:paraId="08BF5980" w14:textId="77777777" w:rsidR="000702CF" w:rsidRDefault="000702CF">
            <w:pPr>
              <w:spacing w:after="0"/>
            </w:pPr>
          </w:p>
        </w:tc>
      </w:tr>
    </w:tbl>
    <w:p w14:paraId="306365FE" w14:textId="77777777" w:rsidR="00B02EE8" w:rsidRDefault="00B02EE8">
      <w:pPr>
        <w:rPr>
          <w:b/>
          <w:sz w:val="20"/>
        </w:rPr>
      </w:pPr>
    </w:p>
    <w:p w14:paraId="15E11492" w14:textId="2FAD8F68" w:rsidR="00A853CE" w:rsidRPr="003B08E6" w:rsidRDefault="00000000">
      <w:pPr>
        <w:rPr>
          <w:b/>
          <w:bCs/>
          <w:sz w:val="22"/>
          <w:szCs w:val="28"/>
          <w:u w:val="single"/>
          <w:lang w:val="fr-BE"/>
        </w:rPr>
      </w:pPr>
      <w:r w:rsidRPr="003B08E6">
        <w:rPr>
          <w:b/>
          <w:bCs/>
          <w:sz w:val="20"/>
          <w:szCs w:val="28"/>
          <w:u w:val="single"/>
          <w:lang w:val="fr-BE"/>
        </w:rPr>
        <w:t xml:space="preserve">À transmettre en un seul </w:t>
      </w:r>
      <w:proofErr w:type="gramStart"/>
      <w:r w:rsidRPr="003B08E6">
        <w:rPr>
          <w:b/>
          <w:bCs/>
          <w:sz w:val="20"/>
          <w:szCs w:val="28"/>
          <w:u w:val="single"/>
          <w:lang w:val="fr-BE"/>
        </w:rPr>
        <w:t>e-mail</w:t>
      </w:r>
      <w:proofErr w:type="gramEnd"/>
      <w:r w:rsidR="00B02EE8" w:rsidRPr="003B08E6">
        <w:rPr>
          <w:b/>
          <w:bCs/>
          <w:sz w:val="20"/>
          <w:szCs w:val="28"/>
          <w:u w:val="single"/>
          <w:lang w:val="fr-BE"/>
        </w:rPr>
        <w:t xml:space="preserve"> </w:t>
      </w:r>
      <w:r w:rsidRPr="003B08E6">
        <w:rPr>
          <w:b/>
          <w:bCs/>
          <w:sz w:val="20"/>
          <w:szCs w:val="28"/>
          <w:u w:val="single"/>
          <w:lang w:val="fr-BE"/>
        </w:rPr>
        <w:t>en PDF. Un dossier incomplet peut retarder ou empêcher son examen.</w:t>
      </w:r>
    </w:p>
    <w:p w14:paraId="76DED211" w14:textId="77777777" w:rsidR="00A853CE" w:rsidRPr="00F031D2" w:rsidRDefault="00000000">
      <w:pPr>
        <w:spacing w:after="20"/>
        <w:rPr>
          <w:sz w:val="20"/>
          <w:szCs w:val="24"/>
          <w:lang w:val="fr-BE"/>
        </w:rPr>
      </w:pPr>
      <w:r w:rsidRPr="00F031D2">
        <w:rPr>
          <w:szCs w:val="24"/>
          <w:lang w:val="fr-BE"/>
        </w:rPr>
        <w:t>☐ Formulaire entièrement complété et signé.</w:t>
      </w:r>
    </w:p>
    <w:p w14:paraId="5D2DDCBF" w14:textId="77777777" w:rsidR="00A853CE" w:rsidRPr="00F031D2" w:rsidRDefault="00000000">
      <w:pPr>
        <w:spacing w:after="20"/>
        <w:rPr>
          <w:sz w:val="20"/>
          <w:szCs w:val="24"/>
          <w:lang w:val="fr-BE"/>
        </w:rPr>
      </w:pPr>
      <w:r w:rsidRPr="00F031D2">
        <w:rPr>
          <w:szCs w:val="24"/>
          <w:lang w:val="fr-BE"/>
        </w:rPr>
        <w:t>☐ Copie recto-verso de la carte d’identité de chaque candidat.</w:t>
      </w:r>
    </w:p>
    <w:p w14:paraId="437A6DEB" w14:textId="77777777" w:rsidR="00A853CE" w:rsidRPr="00F031D2" w:rsidRDefault="00000000">
      <w:pPr>
        <w:spacing w:after="20"/>
        <w:rPr>
          <w:sz w:val="20"/>
          <w:szCs w:val="24"/>
          <w:lang w:val="fr-BE"/>
        </w:rPr>
      </w:pPr>
      <w:r w:rsidRPr="00F031D2">
        <w:rPr>
          <w:szCs w:val="24"/>
          <w:lang w:val="fr-BE"/>
        </w:rPr>
        <w:t>☐ 3 dernières fiches de salaire de chaque candidat salarié, correspondant aux 3 mois indiqués dans le formulaire.</w:t>
      </w:r>
    </w:p>
    <w:p w14:paraId="4AD7A4BD" w14:textId="367B394B" w:rsidR="00A853CE" w:rsidRPr="00F031D2" w:rsidRDefault="00000000">
      <w:pPr>
        <w:spacing w:after="20"/>
        <w:rPr>
          <w:sz w:val="20"/>
          <w:szCs w:val="24"/>
          <w:lang w:val="fr-BE"/>
        </w:rPr>
      </w:pPr>
      <w:r w:rsidRPr="00F031D2">
        <w:rPr>
          <w:szCs w:val="24"/>
          <w:lang w:val="fr-BE"/>
        </w:rPr>
        <w:t xml:space="preserve">☐ Pour pension, mutuelle, chômage, CPAS, rente ou autre </w:t>
      </w:r>
      <w:proofErr w:type="gramStart"/>
      <w:r w:rsidRPr="00F031D2">
        <w:rPr>
          <w:szCs w:val="24"/>
          <w:lang w:val="fr-BE"/>
        </w:rPr>
        <w:t>revenu:</w:t>
      </w:r>
      <w:proofErr w:type="gramEnd"/>
      <w:r w:rsidRPr="00F031D2">
        <w:rPr>
          <w:szCs w:val="24"/>
          <w:lang w:val="fr-BE"/>
        </w:rPr>
        <w:t xml:space="preserve"> preuves de versement</w:t>
      </w:r>
      <w:r w:rsidR="00B75ECD" w:rsidRPr="00F031D2">
        <w:rPr>
          <w:szCs w:val="24"/>
          <w:lang w:val="fr-BE"/>
        </w:rPr>
        <w:t xml:space="preserve"> des 3 derniers mois</w:t>
      </w:r>
      <w:r w:rsidR="00A249CA" w:rsidRPr="00F031D2">
        <w:rPr>
          <w:szCs w:val="24"/>
          <w:lang w:val="fr-BE"/>
        </w:rPr>
        <w:t xml:space="preserve"> + les deux derniers avertissements extraits de rôle</w:t>
      </w:r>
    </w:p>
    <w:p w14:paraId="6C08DD40" w14:textId="7E996133" w:rsidR="00A853CE" w:rsidRPr="00F031D2" w:rsidRDefault="00000000">
      <w:pPr>
        <w:spacing w:after="20"/>
        <w:rPr>
          <w:sz w:val="20"/>
          <w:szCs w:val="24"/>
          <w:lang w:val="fr-BE"/>
        </w:rPr>
      </w:pPr>
      <w:r w:rsidRPr="00F031D2">
        <w:rPr>
          <w:szCs w:val="24"/>
          <w:lang w:val="fr-BE"/>
        </w:rPr>
        <w:t xml:space="preserve">☐ Pour indépendant : </w:t>
      </w:r>
      <w:r w:rsidR="00CB3B57" w:rsidRPr="00F031D2">
        <w:rPr>
          <w:szCs w:val="24"/>
          <w:lang w:val="fr-BE"/>
        </w:rPr>
        <w:t>2 derniers avertissements-extraits de rôle</w:t>
      </w:r>
    </w:p>
    <w:p w14:paraId="5ED7C5C2" w14:textId="6B642164" w:rsidR="00832AB0" w:rsidRPr="00F031D2" w:rsidRDefault="00000000">
      <w:pPr>
        <w:spacing w:after="20"/>
        <w:rPr>
          <w:szCs w:val="24"/>
          <w:lang w:val="fr-BE"/>
        </w:rPr>
      </w:pPr>
      <w:r w:rsidRPr="00F031D2">
        <w:rPr>
          <w:szCs w:val="24"/>
          <w:lang w:val="fr-BE"/>
        </w:rPr>
        <w:t>☐ Si un garant est proposé : copie recto-verso de sa carte d’identité et justificatifs récents de revenus.</w:t>
      </w:r>
    </w:p>
    <w:p w14:paraId="60106769" w14:textId="77777777" w:rsidR="00832AB0" w:rsidRPr="003B08E6" w:rsidRDefault="00832AB0">
      <w:pPr>
        <w:spacing w:after="20"/>
        <w:rPr>
          <w:sz w:val="17"/>
          <w:lang w:val="fr-BE"/>
        </w:rPr>
      </w:pPr>
    </w:p>
    <w:p w14:paraId="4991FCB2" w14:textId="3EA179FB" w:rsidR="00A853CE" w:rsidRPr="003B08E6" w:rsidRDefault="00000000">
      <w:pPr>
        <w:keepNext/>
        <w:spacing w:before="120" w:after="60"/>
        <w:rPr>
          <w:lang w:val="fr-BE"/>
        </w:rPr>
      </w:pPr>
      <w:r w:rsidRPr="003B08E6">
        <w:rPr>
          <w:b/>
          <w:sz w:val="20"/>
          <w:lang w:val="fr-BE"/>
        </w:rPr>
        <w:t>Déclaration traitement des données et signatures</w:t>
      </w:r>
    </w:p>
    <w:p w14:paraId="00982623" w14:textId="77777777" w:rsidR="00A853CE" w:rsidRPr="003B08E6" w:rsidRDefault="00000000">
      <w:pPr>
        <w:rPr>
          <w:sz w:val="14"/>
          <w:szCs w:val="18"/>
          <w:lang w:val="fr-BE"/>
        </w:rPr>
      </w:pPr>
      <w:r w:rsidRPr="003B08E6">
        <w:rPr>
          <w:sz w:val="14"/>
          <w:szCs w:val="18"/>
          <w:lang w:val="fr-BE"/>
        </w:rPr>
        <w:t>Je/Nous certifie/certifions que les informations communiquées dans ce formulaire et les pièces jointes sont exactes et complètes. Je/Nous autorise/autorisons LOC ASSUR à utiliser les informations nécessaires à l’examen de la candidature et à les communiquer au propriétaire du bien concerné dans le cadre de la sélection du candidat locataire. La remise du présent formulaire ne constitue ni une réservation du bien, ni une acceptation de la candidature, ni un engagement de conclure un bail.</w:t>
      </w:r>
    </w:p>
    <w:p w14:paraId="3707B6D5" w14:textId="77777777" w:rsidR="00B02EE8" w:rsidRPr="003B08E6" w:rsidRDefault="00B02EE8">
      <w:pPr>
        <w:rPr>
          <w:sz w:val="14"/>
          <w:szCs w:val="18"/>
          <w:lang w:val="fr-BE"/>
        </w:rPr>
      </w:pPr>
    </w:p>
    <w:p w14:paraId="67FBCEA6" w14:textId="7FDBC19E" w:rsidR="00A853CE" w:rsidRDefault="00000000">
      <w:r>
        <w:t xml:space="preserve">Fait </w:t>
      </w:r>
      <w:proofErr w:type="gramStart"/>
      <w:r>
        <w:t>à :</w:t>
      </w:r>
      <w:proofErr w:type="gramEnd"/>
      <w:r>
        <w:t xml:space="preserve"> </w:t>
      </w:r>
      <w:r w:rsidR="00B02EE8">
        <w:t xml:space="preserve">                                                 </w:t>
      </w:r>
      <w:r>
        <w:t xml:space="preserve">     le ....... / ....... / ............</w:t>
      </w:r>
    </w:p>
    <w:p w14:paraId="50BAA4BD" w14:textId="77777777" w:rsidR="00B02EE8" w:rsidRDefault="00B02EE8"/>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552"/>
        <w:gridCol w:w="3552"/>
        <w:gridCol w:w="3551"/>
      </w:tblGrid>
      <w:tr w:rsidR="00A853CE" w:rsidRPr="003B08E6" w14:paraId="6D279530" w14:textId="77777777">
        <w:trPr>
          <w:cantSplit/>
          <w:jc w:val="center"/>
        </w:trPr>
        <w:tc>
          <w:tcPr>
            <w:tcW w:w="3552" w:type="dxa"/>
            <w:shd w:val="clear" w:color="auto" w:fill="E8EEF2"/>
            <w:tcMar>
              <w:top w:w="60" w:type="dxa"/>
              <w:left w:w="85" w:type="dxa"/>
              <w:bottom w:w="60" w:type="dxa"/>
              <w:right w:w="85" w:type="dxa"/>
            </w:tcMar>
            <w:vAlign w:val="center"/>
          </w:tcPr>
          <w:p w14:paraId="4233B084" w14:textId="77777777" w:rsidR="00A853CE" w:rsidRDefault="00000000">
            <w:pPr>
              <w:spacing w:after="0"/>
            </w:pPr>
            <w:r>
              <w:rPr>
                <w:b/>
              </w:rPr>
              <w:t>Signature candidat 1</w:t>
            </w:r>
          </w:p>
        </w:tc>
        <w:tc>
          <w:tcPr>
            <w:tcW w:w="3552" w:type="dxa"/>
            <w:shd w:val="clear" w:color="auto" w:fill="E8EEF2"/>
            <w:tcMar>
              <w:top w:w="60" w:type="dxa"/>
              <w:left w:w="85" w:type="dxa"/>
              <w:bottom w:w="60" w:type="dxa"/>
              <w:right w:w="85" w:type="dxa"/>
            </w:tcMar>
            <w:vAlign w:val="center"/>
          </w:tcPr>
          <w:p w14:paraId="540780B5" w14:textId="77777777" w:rsidR="00A853CE" w:rsidRDefault="00000000">
            <w:pPr>
              <w:spacing w:after="0"/>
            </w:pPr>
            <w:r>
              <w:rPr>
                <w:b/>
              </w:rPr>
              <w:t>Signature candidat 2</w:t>
            </w:r>
          </w:p>
        </w:tc>
        <w:tc>
          <w:tcPr>
            <w:tcW w:w="3551" w:type="dxa"/>
            <w:shd w:val="clear" w:color="auto" w:fill="E8EEF2"/>
            <w:tcMar>
              <w:top w:w="60" w:type="dxa"/>
              <w:left w:w="85" w:type="dxa"/>
              <w:bottom w:w="60" w:type="dxa"/>
              <w:right w:w="85" w:type="dxa"/>
            </w:tcMar>
            <w:vAlign w:val="center"/>
          </w:tcPr>
          <w:p w14:paraId="3EE187E8" w14:textId="77777777" w:rsidR="00A853CE" w:rsidRPr="003B08E6" w:rsidRDefault="00000000">
            <w:pPr>
              <w:spacing w:after="0"/>
              <w:rPr>
                <w:lang w:val="fr-BE"/>
              </w:rPr>
            </w:pPr>
            <w:r w:rsidRPr="003B08E6">
              <w:rPr>
                <w:b/>
                <w:lang w:val="fr-BE"/>
              </w:rPr>
              <w:t>Signature du garant si applicable</w:t>
            </w:r>
          </w:p>
        </w:tc>
      </w:tr>
      <w:tr w:rsidR="00A853CE" w:rsidRPr="003B08E6" w14:paraId="6B0111DA" w14:textId="77777777" w:rsidTr="00A249CA">
        <w:trPr>
          <w:cantSplit/>
          <w:trHeight w:val="553"/>
          <w:jc w:val="center"/>
        </w:trPr>
        <w:tc>
          <w:tcPr>
            <w:tcW w:w="3552" w:type="dxa"/>
            <w:tcMar>
              <w:top w:w="60" w:type="dxa"/>
              <w:left w:w="85" w:type="dxa"/>
              <w:bottom w:w="60" w:type="dxa"/>
              <w:right w:w="85" w:type="dxa"/>
            </w:tcMar>
            <w:vAlign w:val="center"/>
          </w:tcPr>
          <w:p w14:paraId="22933E56" w14:textId="77777777" w:rsidR="00A853CE" w:rsidRPr="003B08E6" w:rsidRDefault="00000000">
            <w:pPr>
              <w:spacing w:after="0"/>
              <w:rPr>
                <w:lang w:val="fr-BE"/>
              </w:rPr>
            </w:pPr>
            <w:r w:rsidRPr="003B08E6">
              <w:rPr>
                <w:b/>
                <w:lang w:val="fr-BE"/>
              </w:rPr>
              <w:br/>
            </w:r>
            <w:r w:rsidRPr="003B08E6">
              <w:rPr>
                <w:b/>
                <w:lang w:val="fr-BE"/>
              </w:rPr>
              <w:br/>
            </w:r>
          </w:p>
        </w:tc>
        <w:tc>
          <w:tcPr>
            <w:tcW w:w="3552" w:type="dxa"/>
            <w:tcMar>
              <w:top w:w="60" w:type="dxa"/>
              <w:left w:w="85" w:type="dxa"/>
              <w:bottom w:w="60" w:type="dxa"/>
              <w:right w:w="85" w:type="dxa"/>
            </w:tcMar>
            <w:vAlign w:val="center"/>
          </w:tcPr>
          <w:p w14:paraId="05CB324D" w14:textId="77777777" w:rsidR="00A853CE" w:rsidRPr="003B08E6" w:rsidRDefault="00000000">
            <w:pPr>
              <w:spacing w:after="0"/>
              <w:rPr>
                <w:lang w:val="fr-BE"/>
              </w:rPr>
            </w:pPr>
            <w:r w:rsidRPr="003B08E6">
              <w:rPr>
                <w:lang w:val="fr-BE"/>
              </w:rPr>
              <w:br/>
            </w:r>
            <w:r w:rsidRPr="003B08E6">
              <w:rPr>
                <w:lang w:val="fr-BE"/>
              </w:rPr>
              <w:br/>
            </w:r>
          </w:p>
        </w:tc>
        <w:tc>
          <w:tcPr>
            <w:tcW w:w="3551" w:type="dxa"/>
            <w:tcMar>
              <w:top w:w="60" w:type="dxa"/>
              <w:left w:w="85" w:type="dxa"/>
              <w:bottom w:w="60" w:type="dxa"/>
              <w:right w:w="85" w:type="dxa"/>
            </w:tcMar>
            <w:vAlign w:val="center"/>
          </w:tcPr>
          <w:p w14:paraId="5F556B45" w14:textId="77777777" w:rsidR="00A853CE" w:rsidRPr="003B08E6" w:rsidRDefault="00000000">
            <w:pPr>
              <w:spacing w:after="0"/>
              <w:rPr>
                <w:lang w:val="fr-BE"/>
              </w:rPr>
            </w:pPr>
            <w:r w:rsidRPr="003B08E6">
              <w:rPr>
                <w:lang w:val="fr-BE"/>
              </w:rPr>
              <w:br/>
            </w:r>
            <w:r w:rsidRPr="003B08E6">
              <w:rPr>
                <w:lang w:val="fr-BE"/>
              </w:rPr>
              <w:br/>
            </w:r>
          </w:p>
        </w:tc>
      </w:tr>
    </w:tbl>
    <w:p w14:paraId="2316C598" w14:textId="77777777" w:rsidR="002C2325" w:rsidRPr="003B08E6" w:rsidRDefault="002C2325" w:rsidP="00A249CA">
      <w:pPr>
        <w:rPr>
          <w:lang w:val="fr-BE"/>
        </w:rPr>
      </w:pPr>
    </w:p>
    <w:sectPr w:rsidR="002C2325" w:rsidRPr="003B08E6" w:rsidSect="00034616">
      <w:footerReference w:type="default" r:id="rId8"/>
      <w:pgSz w:w="12240" w:h="15840"/>
      <w:pgMar w:top="691" w:right="792" w:bottom="691" w:left="792"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AF35D" w14:textId="77777777" w:rsidR="007F0104" w:rsidRDefault="007F0104">
      <w:pPr>
        <w:spacing w:after="0"/>
      </w:pPr>
      <w:r>
        <w:separator/>
      </w:r>
    </w:p>
  </w:endnote>
  <w:endnote w:type="continuationSeparator" w:id="0">
    <w:p w14:paraId="283FD7CE" w14:textId="77777777" w:rsidR="007F0104" w:rsidRDefault="007F010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3D754" w14:textId="46B09A3E" w:rsidR="00241B6C" w:rsidRPr="003B08E6" w:rsidRDefault="00241B6C" w:rsidP="003B08E6">
    <w:pPr>
      <w:rPr>
        <w:sz w:val="14"/>
        <w:szCs w:val="18"/>
        <w:lang w:val="fr-BE"/>
      </w:rPr>
    </w:pPr>
    <w:r w:rsidRPr="003B08E6">
      <w:rPr>
        <w:sz w:val="14"/>
        <w:szCs w:val="18"/>
        <w:lang w:val="fr-BE"/>
      </w:rPr>
      <w:t xml:space="preserve">Chaussée Impériale 151, 6060 Gilly, </w:t>
    </w:r>
    <w:r w:rsidR="003B08E6" w:rsidRPr="003B08E6">
      <w:rPr>
        <w:sz w:val="14"/>
        <w:szCs w:val="18"/>
        <w:lang w:val="fr-BE"/>
      </w:rPr>
      <w:t xml:space="preserve">Belgique </w:t>
    </w:r>
    <w:r w:rsidRPr="003B08E6">
      <w:rPr>
        <w:sz w:val="14"/>
        <w:szCs w:val="18"/>
        <w:lang w:val="fr-BE"/>
      </w:rPr>
      <w:t xml:space="preserve">Tél. : 071 49 16 </w:t>
    </w:r>
    <w:proofErr w:type="gramStart"/>
    <w:r w:rsidRPr="003B08E6">
      <w:rPr>
        <w:sz w:val="14"/>
        <w:szCs w:val="18"/>
        <w:lang w:val="fr-BE"/>
      </w:rPr>
      <w:t>60  •</w:t>
    </w:r>
    <w:proofErr w:type="gramEnd"/>
    <w:r w:rsidRPr="003B08E6">
      <w:rPr>
        <w:sz w:val="14"/>
        <w:szCs w:val="18"/>
        <w:lang w:val="fr-BE"/>
      </w:rPr>
      <w:t xml:space="preserve">  </w:t>
    </w:r>
    <w:proofErr w:type="gramStart"/>
    <w:r w:rsidRPr="003B08E6">
      <w:rPr>
        <w:sz w:val="14"/>
        <w:szCs w:val="18"/>
        <w:lang w:val="fr-BE"/>
      </w:rPr>
      <w:t>E-mail</w:t>
    </w:r>
    <w:proofErr w:type="gramEnd"/>
    <w:r w:rsidRPr="003B08E6">
      <w:rPr>
        <w:sz w:val="14"/>
        <w:szCs w:val="18"/>
        <w:lang w:val="fr-BE"/>
      </w:rPr>
      <w:t xml:space="preserve"> : </w:t>
    </w:r>
    <w:proofErr w:type="gramStart"/>
    <w:r w:rsidRPr="003B08E6">
      <w:rPr>
        <w:sz w:val="14"/>
        <w:szCs w:val="18"/>
        <w:lang w:val="fr-BE"/>
      </w:rPr>
      <w:t>info@locassur.be  •</w:t>
    </w:r>
    <w:proofErr w:type="gramEnd"/>
    <w:r w:rsidRPr="003B08E6">
      <w:rPr>
        <w:sz w:val="14"/>
        <w:szCs w:val="18"/>
        <w:lang w:val="fr-BE"/>
      </w:rPr>
      <w:t xml:space="preserve">  Site : </w:t>
    </w:r>
    <w:hyperlink r:id="rId1" w:history="1">
      <w:r w:rsidR="003B08E6" w:rsidRPr="003B08E6">
        <w:rPr>
          <w:rStyle w:val="Lienhypertexte"/>
          <w:sz w:val="14"/>
          <w:szCs w:val="18"/>
          <w:lang w:val="fr-BE"/>
        </w:rPr>
        <w:t>www.loc-assur.be</w:t>
      </w:r>
    </w:hyperlink>
    <w:r w:rsidR="003B08E6" w:rsidRPr="003B08E6">
      <w:rPr>
        <w:sz w:val="14"/>
        <w:szCs w:val="18"/>
        <w:lang w:val="fr-BE"/>
      </w:rPr>
      <w:t xml:space="preserve"> </w:t>
    </w:r>
    <w:r w:rsidRPr="003B08E6">
      <w:rPr>
        <w:sz w:val="14"/>
        <w:szCs w:val="18"/>
        <w:lang w:val="fr-BE"/>
      </w:rPr>
      <w:t>N° d’entreprise / TVA : BE</w:t>
    </w:r>
    <w:r w:rsidR="003B08E6" w:rsidRPr="003B08E6">
      <w:rPr>
        <w:sz w:val="14"/>
        <w:szCs w:val="18"/>
        <w:lang w:val="fr-BE"/>
      </w:rPr>
      <w:t xml:space="preserve"> </w:t>
    </w:r>
    <w:r w:rsidRPr="003B08E6">
      <w:rPr>
        <w:sz w:val="14"/>
        <w:szCs w:val="18"/>
        <w:lang w:val="fr-BE"/>
      </w:rPr>
      <w:t>1004.843.487</w:t>
    </w:r>
  </w:p>
  <w:p w14:paraId="67A29A34" w14:textId="33D51999" w:rsidR="00A853CE" w:rsidRPr="003B08E6" w:rsidRDefault="00A853CE" w:rsidP="00241B6C">
    <w:pPr>
      <w:pStyle w:val="Pieddepage"/>
      <w:rPr>
        <w:lang w:val="fr-B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841C6" w14:textId="77777777" w:rsidR="007F0104" w:rsidRDefault="007F0104">
      <w:pPr>
        <w:spacing w:after="0"/>
      </w:pPr>
      <w:r>
        <w:separator/>
      </w:r>
    </w:p>
  </w:footnote>
  <w:footnote w:type="continuationSeparator" w:id="0">
    <w:p w14:paraId="3679ED5E" w14:textId="77777777" w:rsidR="007F0104" w:rsidRDefault="007F010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383675333">
    <w:abstractNumId w:val="8"/>
  </w:num>
  <w:num w:numId="2" w16cid:durableId="79716553">
    <w:abstractNumId w:val="6"/>
  </w:num>
  <w:num w:numId="3" w16cid:durableId="415978038">
    <w:abstractNumId w:val="5"/>
  </w:num>
  <w:num w:numId="4" w16cid:durableId="1829010926">
    <w:abstractNumId w:val="4"/>
  </w:num>
  <w:num w:numId="5" w16cid:durableId="1392122235">
    <w:abstractNumId w:val="7"/>
  </w:num>
  <w:num w:numId="6" w16cid:durableId="1464227753">
    <w:abstractNumId w:val="3"/>
  </w:num>
  <w:num w:numId="7" w16cid:durableId="1546870202">
    <w:abstractNumId w:val="2"/>
  </w:num>
  <w:num w:numId="8" w16cid:durableId="2132897882">
    <w:abstractNumId w:val="1"/>
  </w:num>
  <w:num w:numId="9" w16cid:durableId="1429345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7B97"/>
    <w:rsid w:val="000702CF"/>
    <w:rsid w:val="00124AE8"/>
    <w:rsid w:val="0015074B"/>
    <w:rsid w:val="002212D9"/>
    <w:rsid w:val="00241B6C"/>
    <w:rsid w:val="0029639D"/>
    <w:rsid w:val="002C2325"/>
    <w:rsid w:val="00326F90"/>
    <w:rsid w:val="0034437F"/>
    <w:rsid w:val="003B08E6"/>
    <w:rsid w:val="007675D4"/>
    <w:rsid w:val="007F0104"/>
    <w:rsid w:val="00803C04"/>
    <w:rsid w:val="00832AB0"/>
    <w:rsid w:val="0088782D"/>
    <w:rsid w:val="008A20B7"/>
    <w:rsid w:val="008B2596"/>
    <w:rsid w:val="00A13653"/>
    <w:rsid w:val="00A249CA"/>
    <w:rsid w:val="00A853CE"/>
    <w:rsid w:val="00AA1D8D"/>
    <w:rsid w:val="00B02EE8"/>
    <w:rsid w:val="00B20B2A"/>
    <w:rsid w:val="00B47730"/>
    <w:rsid w:val="00B75ECD"/>
    <w:rsid w:val="00CB0664"/>
    <w:rsid w:val="00CB3B57"/>
    <w:rsid w:val="00ED4E8D"/>
    <w:rsid w:val="00F031D2"/>
    <w:rsid w:val="00F54518"/>
    <w:rsid w:val="00F7208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5B9BEA"/>
  <w14:defaultImageDpi w14:val="300"/>
  <w15:docId w15:val="{156E8B0E-E0B6-4497-AFEB-C2A544A4D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line="240" w:lineRule="auto"/>
    </w:pPr>
    <w:rPr>
      <w:rFonts w:ascii="Arial" w:hAnsi="Arial"/>
      <w:sz w:val="18"/>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spacing w:after="60"/>
      <w:contextualSpacing/>
    </w:pPr>
    <w:rPr>
      <w:rFonts w:asciiTheme="majorHAnsi" w:eastAsiaTheme="majorEastAsia" w:hAnsiTheme="majorHAnsi" w:cstheme="majorBidi"/>
      <w:color w:val="000000"/>
      <w:spacing w:val="5"/>
      <w:kern w:val="28"/>
      <w:sz w:val="30"/>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rPr>
      <w:b/>
      <w:bCs/>
      <w:color w:val="4F81BD" w:themeColor="accent1"/>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Lienhypertexte">
    <w:name w:val="Hyperlink"/>
    <w:basedOn w:val="Policepardfaut"/>
    <w:uiPriority w:val="99"/>
    <w:unhideWhenUsed/>
    <w:rsid w:val="003B08E6"/>
    <w:rPr>
      <w:color w:val="0000FF" w:themeColor="hyperlink"/>
      <w:u w:val="single"/>
    </w:rPr>
  </w:style>
  <w:style w:type="character" w:styleId="Mentionnonrsolue">
    <w:name w:val="Unresolved Mention"/>
    <w:basedOn w:val="Policepardfaut"/>
    <w:uiPriority w:val="99"/>
    <w:semiHidden/>
    <w:unhideWhenUsed/>
    <w:rsid w:val="003B08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loc-assur.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749</Words>
  <Characters>4125</Characters>
  <Application>Microsoft Office Word</Application>
  <DocSecurity>0</DocSecurity>
  <Lines>34</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4865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Manuel Romariz</cp:lastModifiedBy>
  <cp:revision>19</cp:revision>
  <dcterms:created xsi:type="dcterms:W3CDTF">2026-10-08T06:44:00Z</dcterms:created>
  <dcterms:modified xsi:type="dcterms:W3CDTF">2026-10-13T13:18:00Z</dcterms:modified>
  <cp:category/>
</cp:coreProperties>
</file>